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7D64" w14:textId="681F88F5" w:rsidR="002E32C8" w:rsidRDefault="00000000">
      <w:pPr>
        <w:jc w:val="center"/>
      </w:pPr>
      <w:r>
        <w:rPr>
          <w:b/>
          <w:sz w:val="30"/>
        </w:rPr>
        <w:t>REGULAMIN UCZESTNICTWA</w:t>
      </w:r>
      <w:r>
        <w:rPr>
          <w:b/>
          <w:sz w:val="30"/>
        </w:rPr>
        <w:br/>
        <w:t>W WYDARZENIU „KARTOFFELFEST W GOGOLINIE”</w:t>
      </w:r>
    </w:p>
    <w:p w14:paraId="468B198E" w14:textId="77777777" w:rsidR="002E32C8" w:rsidRDefault="00000000">
      <w:pPr>
        <w:jc w:val="center"/>
        <w:rPr>
          <w:b/>
        </w:rPr>
      </w:pPr>
      <w:r>
        <w:rPr>
          <w:b/>
        </w:rPr>
        <w:t xml:space="preserve">3 października 2026 r. | pl. </w:t>
      </w:r>
      <w:proofErr w:type="spellStart"/>
      <w:r>
        <w:rPr>
          <w:b/>
        </w:rPr>
        <w:t>Benedyktyński</w:t>
      </w:r>
      <w:proofErr w:type="spellEnd"/>
      <w:r>
        <w:rPr>
          <w:b/>
        </w:rPr>
        <w:t xml:space="preserve"> w Gogolinie</w:t>
      </w:r>
    </w:p>
    <w:p w14:paraId="3A46CD4F" w14:textId="77777777" w:rsidR="00693C2B" w:rsidRDefault="00693C2B">
      <w:pPr>
        <w:jc w:val="center"/>
      </w:pPr>
    </w:p>
    <w:p w14:paraId="61602736" w14:textId="77777777" w:rsidR="002E32C8" w:rsidRDefault="00000000">
      <w:pPr>
        <w:spacing w:before="160" w:after="80"/>
      </w:pPr>
      <w:r>
        <w:rPr>
          <w:b/>
          <w:sz w:val="22"/>
        </w:rPr>
        <w:t>§ 1. Postanowienia ogólne</w:t>
      </w:r>
    </w:p>
    <w:p w14:paraId="40CD3F86" w14:textId="161BF50A" w:rsidR="002E32C8" w:rsidRDefault="00000000">
      <w:pPr>
        <w:jc w:val="both"/>
      </w:pPr>
      <w:r>
        <w:t xml:space="preserve">1. </w:t>
      </w:r>
      <w:proofErr w:type="spellStart"/>
      <w:r>
        <w:t>Organizatorem</w:t>
      </w:r>
      <w:proofErr w:type="spellEnd"/>
      <w:r>
        <w:t xml:space="preserve"> </w:t>
      </w:r>
      <w:proofErr w:type="spellStart"/>
      <w:r>
        <w:t>wydarzenia</w:t>
      </w:r>
      <w:proofErr w:type="spellEnd"/>
      <w:r>
        <w:t xml:space="preserve"> „KARTOFFELFEST w Gogolinie”, </w:t>
      </w:r>
      <w:proofErr w:type="spellStart"/>
      <w:r>
        <w:t>zwanego</w:t>
      </w:r>
      <w:proofErr w:type="spellEnd"/>
      <w:r>
        <w:t xml:space="preserve"> dalej „Wydarzeniem”, jest Gminny Ośrodek Kultury w Gogolinie, zwany dalej „Organizatorem”.</w:t>
      </w:r>
    </w:p>
    <w:p w14:paraId="1D0AC9A7" w14:textId="77777777" w:rsidR="002E32C8" w:rsidRDefault="00000000">
      <w:pPr>
        <w:jc w:val="both"/>
      </w:pPr>
      <w:r>
        <w:t>2. Wydarzenie odbędzie się w dniu 3 października 2026 r. na pl. Benedyktyńskim w Gogolinie. Rozpoczęcie Wydarzenia zaplanowano na godz. 12:00.</w:t>
      </w:r>
    </w:p>
    <w:p w14:paraId="41E6DA91" w14:textId="77777777" w:rsidR="002E32C8" w:rsidRDefault="00000000">
      <w:pPr>
        <w:jc w:val="both"/>
      </w:pPr>
      <w:r>
        <w:t>3. Celem Wydarzenia jest integracja społeczności lokalnej, promocja aktywności sołectw, kół gospodyń wiejskich, stowarzyszeń i innych organizacji oraz prezentacja tradycji kulinarnych i społecznych związanych z tematyką ziemniaka.</w:t>
      </w:r>
    </w:p>
    <w:p w14:paraId="505BD0C8" w14:textId="77777777" w:rsidR="002E32C8" w:rsidRDefault="00000000">
      <w:pPr>
        <w:jc w:val="both"/>
      </w:pPr>
      <w:r>
        <w:t>4. Udział w Wydarzeniu jest nieodpłatny.</w:t>
      </w:r>
    </w:p>
    <w:p w14:paraId="6D6555E8" w14:textId="77777777" w:rsidR="002E32C8" w:rsidRDefault="00000000">
      <w:pPr>
        <w:spacing w:before="160" w:after="80"/>
      </w:pPr>
      <w:r>
        <w:rPr>
          <w:b/>
          <w:sz w:val="22"/>
        </w:rPr>
        <w:t>§ 2. Uczestnicy i zgłoszenia</w:t>
      </w:r>
    </w:p>
    <w:p w14:paraId="639D8989" w14:textId="77777777" w:rsidR="002E32C8" w:rsidRDefault="00000000">
      <w:pPr>
        <w:jc w:val="both"/>
      </w:pPr>
      <w:r>
        <w:t>1. Do udziału w Wydarzeniu Organizator zaprasza sołectwa, koła gospodyń wiejskich, stowarzyszenia oraz inne organizacje, zwane dalej „Uczestnikami”.</w:t>
      </w:r>
    </w:p>
    <w:p w14:paraId="2DB2281C" w14:textId="77777777" w:rsidR="002E32C8" w:rsidRDefault="00000000">
      <w:pPr>
        <w:jc w:val="both"/>
      </w:pPr>
      <w:r>
        <w:t>2. Warunkiem udziału jest prawidłowe wypełnienie formularza zgłoszeniowego stanowiącego Załącznik nr 1 do niniejszego Regulaminu oraz jego dostarczenie Organizatorowi w terminie do dnia 25 września 2026 r.</w:t>
      </w:r>
    </w:p>
    <w:p w14:paraId="26B97DC2" w14:textId="77777777" w:rsidR="002E32C8" w:rsidRDefault="00000000">
      <w:pPr>
        <w:jc w:val="both"/>
      </w:pPr>
      <w:r>
        <w:t>3. Zgłoszenia przyjmowane są w siedzibie Gminnego Ośrodka Kultury w Gogolinie lub drogą mailową na adres: gok@gogolin.pl.</w:t>
      </w:r>
    </w:p>
    <w:p w14:paraId="351A4F2C" w14:textId="2A680692" w:rsidR="002E32C8" w:rsidRDefault="00000000">
      <w:pPr>
        <w:jc w:val="both"/>
      </w:pPr>
      <w:r>
        <w:t xml:space="preserve">4. Osoba </w:t>
      </w:r>
      <w:proofErr w:type="spellStart"/>
      <w:r>
        <w:t>wskazana</w:t>
      </w:r>
      <w:proofErr w:type="spellEnd"/>
      <w:r>
        <w:t xml:space="preserve"> w </w:t>
      </w:r>
      <w:proofErr w:type="spellStart"/>
      <w:r>
        <w:t>formularzu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odpowiedzialna</w:t>
      </w:r>
      <w:proofErr w:type="spellEnd"/>
      <w:r>
        <w:t xml:space="preserve"> za </w:t>
      </w:r>
      <w:proofErr w:type="spellStart"/>
      <w:r>
        <w:t>stoisko</w:t>
      </w:r>
      <w:proofErr w:type="spellEnd"/>
      <w:r>
        <w:t xml:space="preserve"> jest </w:t>
      </w:r>
      <w:proofErr w:type="spellStart"/>
      <w:r>
        <w:t>osobą</w:t>
      </w:r>
      <w:proofErr w:type="spellEnd"/>
      <w:r>
        <w:t xml:space="preserve"> do </w:t>
      </w:r>
      <w:proofErr w:type="spellStart"/>
      <w:r>
        <w:t>kontaktu</w:t>
      </w:r>
      <w:proofErr w:type="spellEnd"/>
      <w:r>
        <w:t xml:space="preserve"> </w:t>
      </w:r>
      <w:r w:rsidR="00CE090A">
        <w:br/>
      </w:r>
      <w:r>
        <w:t xml:space="preserve">z </w:t>
      </w:r>
      <w:proofErr w:type="spellStart"/>
      <w:r>
        <w:t>Organizatorem</w:t>
      </w:r>
      <w:proofErr w:type="spellEnd"/>
      <w:r>
        <w:t xml:space="preserve"> 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organizacyjnych</w:t>
      </w:r>
      <w:proofErr w:type="spellEnd"/>
      <w:r>
        <w:t xml:space="preserve"> i technicznych.</w:t>
      </w:r>
    </w:p>
    <w:p w14:paraId="4D5C20B4" w14:textId="77777777" w:rsidR="002E32C8" w:rsidRDefault="00000000">
      <w:pPr>
        <w:spacing w:before="160" w:after="80"/>
      </w:pPr>
      <w:r>
        <w:rPr>
          <w:b/>
          <w:sz w:val="22"/>
        </w:rPr>
        <w:t>§ 3. Zasady udziału i organizacji stoiska</w:t>
      </w:r>
    </w:p>
    <w:p w14:paraId="01A97D8F" w14:textId="3EDC0059" w:rsidR="002E32C8" w:rsidRDefault="00000000">
      <w:pPr>
        <w:jc w:val="both"/>
      </w:pPr>
      <w:r>
        <w:t xml:space="preserve">1. Każdy Uczestnik zobowiązany jest do przygotowania i prowadzenia </w:t>
      </w:r>
      <w:proofErr w:type="spellStart"/>
      <w:r>
        <w:t>zgłoszonego</w:t>
      </w:r>
      <w:proofErr w:type="spellEnd"/>
      <w:r>
        <w:t xml:space="preserve"> </w:t>
      </w:r>
      <w:proofErr w:type="spellStart"/>
      <w:r>
        <w:t>stoiska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Wydarzenia</w:t>
      </w:r>
      <w:proofErr w:type="spellEnd"/>
      <w:r>
        <w:t>.</w:t>
      </w:r>
    </w:p>
    <w:p w14:paraId="5E429091" w14:textId="19FD817E" w:rsidR="002E32C8" w:rsidRDefault="00CE090A">
      <w:pPr>
        <w:jc w:val="both"/>
      </w:pPr>
      <w:r>
        <w:t>2</w:t>
      </w:r>
      <w:r w:rsidR="00000000">
        <w:t>. Uczestnik zobowiązany jest do przygotowania co najmniej jednej potrawy przeznaczonej do nieodpłatnego poczęstunku dla uczestników Wydarzenia.</w:t>
      </w:r>
    </w:p>
    <w:p w14:paraId="3AB0FEAB" w14:textId="75620E01" w:rsidR="002E32C8" w:rsidRDefault="00CE090A">
      <w:pPr>
        <w:jc w:val="both"/>
      </w:pPr>
      <w:r>
        <w:t>3</w:t>
      </w:r>
      <w:r w:rsidR="00000000">
        <w:t>. Zapotrzebowanie na energię elektryczną, stoły, ławki oraz inne potrzeby techniczne należy wskazać w formularzu zgłoszeniowym.</w:t>
      </w:r>
    </w:p>
    <w:p w14:paraId="3326ABF5" w14:textId="62565EA1" w:rsidR="002E32C8" w:rsidRDefault="00CE090A">
      <w:pPr>
        <w:jc w:val="both"/>
      </w:pPr>
      <w:r>
        <w:t>4</w:t>
      </w:r>
      <w:r w:rsidR="00000000">
        <w:t>. Ostateczny zakres wyposażenia i infrastruktury udostępnianej przez Organizatora uzależniony jest od możliwości technicznych i organizacyjnych Wydarzenia.</w:t>
      </w:r>
    </w:p>
    <w:p w14:paraId="6D9F9491" w14:textId="73D0CF1A" w:rsidR="002E32C8" w:rsidRDefault="00CE090A">
      <w:pPr>
        <w:jc w:val="both"/>
      </w:pPr>
      <w:r>
        <w:t>5</w:t>
      </w:r>
      <w:r w:rsidR="00000000">
        <w:t xml:space="preserve">. </w:t>
      </w:r>
      <w:proofErr w:type="spellStart"/>
      <w:r w:rsidR="00000000">
        <w:t>Uczestnicy</w:t>
      </w:r>
      <w:proofErr w:type="spellEnd"/>
      <w:r w:rsidR="00000000">
        <w:t xml:space="preserve"> </w:t>
      </w:r>
      <w:proofErr w:type="spellStart"/>
      <w:r w:rsidR="00000000">
        <w:t>są</w:t>
      </w:r>
      <w:proofErr w:type="spellEnd"/>
      <w:r w:rsidR="00000000">
        <w:t xml:space="preserve"> </w:t>
      </w:r>
      <w:proofErr w:type="spellStart"/>
      <w:r w:rsidR="00000000">
        <w:t>zobowiązani</w:t>
      </w:r>
      <w:proofErr w:type="spellEnd"/>
      <w:r w:rsidR="00000000">
        <w:t xml:space="preserve"> do </w:t>
      </w:r>
      <w:proofErr w:type="spellStart"/>
      <w:r w:rsidR="00000000">
        <w:t>przestrzegania</w:t>
      </w:r>
      <w:proofErr w:type="spellEnd"/>
      <w:r w:rsidR="00000000">
        <w:t xml:space="preserve"> </w:t>
      </w:r>
      <w:proofErr w:type="spellStart"/>
      <w:r w:rsidR="00000000">
        <w:t>zasad</w:t>
      </w:r>
      <w:proofErr w:type="spellEnd"/>
      <w:r w:rsidR="00000000">
        <w:t xml:space="preserve"> </w:t>
      </w:r>
      <w:proofErr w:type="spellStart"/>
      <w:r w:rsidR="00000000">
        <w:t>bezpieczeństwa</w:t>
      </w:r>
      <w:proofErr w:type="spellEnd"/>
      <w:r w:rsidR="00000000">
        <w:t xml:space="preserve"> </w:t>
      </w:r>
      <w:proofErr w:type="spellStart"/>
      <w:r w:rsidR="00000000">
        <w:t>i</w:t>
      </w:r>
      <w:proofErr w:type="spellEnd"/>
      <w:r w:rsidR="00000000">
        <w:t xml:space="preserve"> </w:t>
      </w:r>
      <w:proofErr w:type="spellStart"/>
      <w:r w:rsidR="00000000">
        <w:t>porządku</w:t>
      </w:r>
      <w:proofErr w:type="spellEnd"/>
      <w:r w:rsidR="00000000">
        <w:t xml:space="preserve"> </w:t>
      </w:r>
      <w:proofErr w:type="spellStart"/>
      <w:r w:rsidR="00000000">
        <w:t>oraz</w:t>
      </w:r>
      <w:proofErr w:type="spellEnd"/>
      <w:r w:rsidR="00000000">
        <w:t xml:space="preserve"> </w:t>
      </w:r>
      <w:proofErr w:type="spellStart"/>
      <w:r w:rsidR="00000000">
        <w:t>obowiązujących</w:t>
      </w:r>
      <w:proofErr w:type="spellEnd"/>
      <w:r w:rsidR="00000000">
        <w:t xml:space="preserve"> </w:t>
      </w:r>
      <w:proofErr w:type="spellStart"/>
      <w:r w:rsidR="00000000">
        <w:t>przepisów</w:t>
      </w:r>
      <w:proofErr w:type="spellEnd"/>
      <w:r w:rsidR="00000000">
        <w:t xml:space="preserve"> </w:t>
      </w:r>
      <w:proofErr w:type="spellStart"/>
      <w:r w:rsidR="00000000">
        <w:t>dotyczących</w:t>
      </w:r>
      <w:proofErr w:type="spellEnd"/>
      <w:r w:rsidR="00000000">
        <w:t xml:space="preserve"> </w:t>
      </w:r>
      <w:proofErr w:type="spellStart"/>
      <w:r w:rsidR="00000000">
        <w:t>prowadzonej</w:t>
      </w:r>
      <w:proofErr w:type="spellEnd"/>
      <w:r w:rsidR="00000000">
        <w:t xml:space="preserve"> </w:t>
      </w:r>
      <w:proofErr w:type="spellStart"/>
      <w:r w:rsidR="00000000">
        <w:t>działalności</w:t>
      </w:r>
      <w:proofErr w:type="spellEnd"/>
      <w:r w:rsidR="00000000">
        <w:t xml:space="preserve"> </w:t>
      </w:r>
      <w:proofErr w:type="spellStart"/>
      <w:r w:rsidR="00000000">
        <w:t>i</w:t>
      </w:r>
      <w:proofErr w:type="spellEnd"/>
      <w:r w:rsidR="00000000">
        <w:t xml:space="preserve"> </w:t>
      </w:r>
      <w:proofErr w:type="spellStart"/>
      <w:r w:rsidR="00000000">
        <w:t>oferowanych</w:t>
      </w:r>
      <w:proofErr w:type="spellEnd"/>
      <w:r w:rsidR="00000000">
        <w:t xml:space="preserve"> </w:t>
      </w:r>
      <w:proofErr w:type="spellStart"/>
      <w:r w:rsidR="00000000">
        <w:t>produktów</w:t>
      </w:r>
      <w:proofErr w:type="spellEnd"/>
      <w:r w:rsidR="00000000">
        <w:t xml:space="preserve">, </w:t>
      </w:r>
      <w:r>
        <w:br/>
      </w:r>
      <w:r w:rsidR="00000000">
        <w:t xml:space="preserve">w </w:t>
      </w:r>
      <w:proofErr w:type="spellStart"/>
      <w:r w:rsidR="00000000">
        <w:t>szczególności</w:t>
      </w:r>
      <w:proofErr w:type="spellEnd"/>
      <w:r w:rsidR="00000000">
        <w:t xml:space="preserve"> </w:t>
      </w:r>
      <w:proofErr w:type="spellStart"/>
      <w:r w:rsidR="00000000">
        <w:t>zasad</w:t>
      </w:r>
      <w:proofErr w:type="spellEnd"/>
      <w:r w:rsidR="00000000">
        <w:t xml:space="preserve"> </w:t>
      </w:r>
      <w:proofErr w:type="spellStart"/>
      <w:r w:rsidR="00000000">
        <w:t>związanych</w:t>
      </w:r>
      <w:proofErr w:type="spellEnd"/>
      <w:r w:rsidR="00000000">
        <w:t xml:space="preserve"> z przygotowaniem i wydawaniem żywności.</w:t>
      </w:r>
    </w:p>
    <w:p w14:paraId="1E137238" w14:textId="77777777" w:rsidR="002E32C8" w:rsidRDefault="00000000">
      <w:pPr>
        <w:spacing w:before="160" w:after="80"/>
      </w:pPr>
      <w:r>
        <w:rPr>
          <w:b/>
          <w:sz w:val="22"/>
        </w:rPr>
        <w:t>§ 4. Nagroda finansowa za udział</w:t>
      </w:r>
    </w:p>
    <w:p w14:paraId="6B11856A" w14:textId="77777777" w:rsidR="002E32C8" w:rsidRDefault="00000000">
      <w:pPr>
        <w:jc w:val="both"/>
      </w:pPr>
      <w:r>
        <w:t>1. Każdemu Uczestnikowi, który dokonał skutecznego zgłoszenia zgodnie z § 2 Regulaminu oraz faktycznie uczestniczy w Wydarzeniu poprzez przygotowanie i prowadzenie zgłoszonego stoiska zgodnie z niniejszym Regulaminem, Organizator przyzna nagrodę finansową za udział w Wydarzeniu.</w:t>
      </w:r>
    </w:p>
    <w:p w14:paraId="1A3820C2" w14:textId="77777777" w:rsidR="002E32C8" w:rsidRDefault="00000000">
      <w:pPr>
        <w:jc w:val="both"/>
      </w:pPr>
      <w:r>
        <w:t>2. Nagroda finansowa ma charakter jednakowy dla wszystkich Uczestników spełniających warunki określone w ust. 1. Jej wysokość nie jest uzależniona od oceny stoiska, zajęcia miejsca w konkursie ani wyniku współzawodnictwa.</w:t>
      </w:r>
    </w:p>
    <w:p w14:paraId="764D5FA8" w14:textId="77777777" w:rsidR="002E32C8" w:rsidRDefault="00000000">
      <w:pPr>
        <w:jc w:val="both"/>
      </w:pPr>
      <w:r>
        <w:lastRenderedPageBreak/>
        <w:t>3. Wysokość nagrody finansowej ustala Organizator w ramach środków przeznaczonych na realizację Wydarzenia.</w:t>
      </w:r>
    </w:p>
    <w:p w14:paraId="115B9E2E" w14:textId="77777777" w:rsidR="002E32C8" w:rsidRDefault="00000000">
      <w:pPr>
        <w:jc w:val="both"/>
      </w:pPr>
      <w:r>
        <w:t>4. Nagroda zostanie przyznana w dniu Wydarzenia, tj. 3 października 2026 r., po potwierdzeniu przez Organizatora faktycznego udziału Uczestnika i spełnienia warunków Regulaminu.</w:t>
      </w:r>
    </w:p>
    <w:p w14:paraId="02CFFECA" w14:textId="770A384B" w:rsidR="002E32C8" w:rsidRDefault="00000000">
      <w:pPr>
        <w:jc w:val="both"/>
      </w:pPr>
      <w:r>
        <w:t xml:space="preserve">5. </w:t>
      </w:r>
      <w:proofErr w:type="spellStart"/>
      <w:r>
        <w:t>Przyznanie</w:t>
      </w:r>
      <w:proofErr w:type="spellEnd"/>
      <w:r>
        <w:t xml:space="preserve"> </w:t>
      </w:r>
      <w:proofErr w:type="spellStart"/>
      <w:r>
        <w:t>nagrody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udokumentowane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zgodny</w:t>
      </w:r>
      <w:proofErr w:type="spellEnd"/>
      <w:r>
        <w:t xml:space="preserve"> </w:t>
      </w:r>
      <w:r w:rsidR="00CE090A">
        <w:br/>
      </w:r>
      <w:r>
        <w:t xml:space="preserve">z </w:t>
      </w:r>
      <w:proofErr w:type="spellStart"/>
      <w:r>
        <w:t>obowiązującymi</w:t>
      </w:r>
      <w:proofErr w:type="spellEnd"/>
      <w:r>
        <w:t xml:space="preserve"> </w:t>
      </w:r>
      <w:proofErr w:type="spellStart"/>
      <w:r>
        <w:t>zasadami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finansowej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rachunkowości</w:t>
      </w:r>
      <w:proofErr w:type="spellEnd"/>
      <w:r>
        <w:t xml:space="preserve"> </w:t>
      </w:r>
      <w:proofErr w:type="spellStart"/>
      <w:r>
        <w:t>Gminnego</w:t>
      </w:r>
      <w:proofErr w:type="spellEnd"/>
      <w:r>
        <w:t xml:space="preserve"> </w:t>
      </w:r>
      <w:proofErr w:type="spellStart"/>
      <w:r>
        <w:t>Ośrodka</w:t>
      </w:r>
      <w:proofErr w:type="spellEnd"/>
      <w:r>
        <w:t xml:space="preserve"> Kultury </w:t>
      </w:r>
      <w:r w:rsidR="00CE090A">
        <w:br/>
      </w:r>
      <w:r>
        <w:t>w Gogolinie.</w:t>
      </w:r>
    </w:p>
    <w:p w14:paraId="006E4814" w14:textId="77777777" w:rsidR="002E32C8" w:rsidRDefault="00000000">
      <w:pPr>
        <w:jc w:val="both"/>
      </w:pPr>
      <w:r>
        <w:t>6. Samo przesłanie formularza zgłoszeniowego, bez faktycznego udziału w Wydarzeniu, nie stanowi podstawy do przyznania nagrody.</w:t>
      </w:r>
    </w:p>
    <w:p w14:paraId="21CFDFB1" w14:textId="77777777" w:rsidR="002E32C8" w:rsidRDefault="00000000">
      <w:pPr>
        <w:spacing w:before="160" w:after="80"/>
      </w:pPr>
      <w:r>
        <w:rPr>
          <w:b/>
          <w:sz w:val="22"/>
        </w:rPr>
        <w:t>§ 5. Bezpieczeństwo i odpowiedzialność</w:t>
      </w:r>
    </w:p>
    <w:p w14:paraId="3EC54B28" w14:textId="77777777" w:rsidR="002E32C8" w:rsidRDefault="00000000">
      <w:pPr>
        <w:jc w:val="both"/>
      </w:pPr>
      <w:r>
        <w:t>1. Uczestnik odpowiada za właściwą organizację swojego stoiska oraz za działania osób występujących w jego imieniu.</w:t>
      </w:r>
    </w:p>
    <w:p w14:paraId="31E11DA1" w14:textId="77777777" w:rsidR="002E32C8" w:rsidRDefault="00000000">
      <w:pPr>
        <w:jc w:val="both"/>
      </w:pPr>
      <w:r>
        <w:t>2. Uczestnik zobowiązany jest korzystać z udostępnionej infrastruktury zgodnie z jej przeznaczeniem oraz poleceniami Organizatora.</w:t>
      </w:r>
    </w:p>
    <w:p w14:paraId="243A6E6D" w14:textId="77777777" w:rsidR="002E32C8" w:rsidRDefault="00000000">
      <w:pPr>
        <w:jc w:val="both"/>
      </w:pPr>
      <w:r>
        <w:t>3. Organizator może nakazać zaprzestanie działań naruszających zasady bezpieczeństwa, porządku, przepisy prawa lub postanowienia niniejszego Regulaminu.</w:t>
      </w:r>
    </w:p>
    <w:p w14:paraId="70AB0344" w14:textId="77777777" w:rsidR="002E32C8" w:rsidRDefault="00000000">
      <w:pPr>
        <w:spacing w:before="160" w:after="80"/>
      </w:pPr>
      <w:r>
        <w:rPr>
          <w:b/>
          <w:sz w:val="22"/>
        </w:rPr>
        <w:t>§ 6. Informacja i promocja</w:t>
      </w:r>
    </w:p>
    <w:p w14:paraId="6BA94654" w14:textId="77777777" w:rsidR="002E32C8" w:rsidRDefault="00000000">
      <w:pPr>
        <w:jc w:val="both"/>
      </w:pPr>
      <w:r>
        <w:t>1. Wydarzenie ma charakter publiczny.</w:t>
      </w:r>
    </w:p>
    <w:p w14:paraId="5098DB7E" w14:textId="5BF5F42B" w:rsidR="002E32C8" w:rsidRDefault="00000000">
      <w:pPr>
        <w:jc w:val="both"/>
      </w:pPr>
      <w:r>
        <w:t xml:space="preserve">2. Uczestnicy przyjmują do wiadomości, że podczas Wydarzenia może być prowadzona dokumentacja fotograficzna i filmowa przeznaczona do informowania o działalności Organizatora i promocji Wydarzenia, z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obowiązujących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prawa</w:t>
      </w:r>
      <w:proofErr w:type="spellEnd"/>
      <w:r>
        <w:t>.</w:t>
      </w:r>
    </w:p>
    <w:p w14:paraId="3CD65006" w14:textId="51A315F9" w:rsidR="00CE090A" w:rsidRDefault="00CE090A" w:rsidP="00CE090A">
      <w:pPr>
        <w:spacing w:before="160" w:after="80"/>
        <w:rPr>
          <w:b/>
          <w:sz w:val="22"/>
        </w:rPr>
      </w:pPr>
      <w:r>
        <w:rPr>
          <w:b/>
          <w:sz w:val="22"/>
        </w:rPr>
        <w:t xml:space="preserve">§ </w:t>
      </w:r>
      <w:r>
        <w:rPr>
          <w:b/>
          <w:sz w:val="22"/>
        </w:rPr>
        <w:t>7</w:t>
      </w:r>
      <w:r>
        <w:rPr>
          <w:b/>
          <w:sz w:val="22"/>
        </w:rPr>
        <w:t xml:space="preserve">. </w:t>
      </w:r>
      <w:proofErr w:type="spellStart"/>
      <w:r w:rsidRPr="00CE090A">
        <w:rPr>
          <w:b/>
          <w:sz w:val="22"/>
        </w:rPr>
        <w:t>Informacja</w:t>
      </w:r>
      <w:proofErr w:type="spellEnd"/>
      <w:r w:rsidRPr="00CE090A">
        <w:rPr>
          <w:b/>
          <w:sz w:val="22"/>
        </w:rPr>
        <w:t xml:space="preserve"> </w:t>
      </w:r>
      <w:proofErr w:type="spellStart"/>
      <w:r w:rsidRPr="00CE090A">
        <w:rPr>
          <w:b/>
          <w:sz w:val="22"/>
        </w:rPr>
        <w:t>dotycząca</w:t>
      </w:r>
      <w:proofErr w:type="spellEnd"/>
      <w:r w:rsidRPr="00CE090A">
        <w:rPr>
          <w:b/>
          <w:sz w:val="22"/>
        </w:rPr>
        <w:t xml:space="preserve"> </w:t>
      </w:r>
      <w:proofErr w:type="spellStart"/>
      <w:r w:rsidRPr="00CE090A">
        <w:rPr>
          <w:b/>
          <w:sz w:val="22"/>
        </w:rPr>
        <w:t>zbierania</w:t>
      </w:r>
      <w:proofErr w:type="spellEnd"/>
      <w:r w:rsidRPr="00CE090A">
        <w:rPr>
          <w:b/>
          <w:sz w:val="22"/>
        </w:rPr>
        <w:t xml:space="preserve"> </w:t>
      </w:r>
      <w:proofErr w:type="spellStart"/>
      <w:r w:rsidRPr="00CE090A">
        <w:rPr>
          <w:b/>
          <w:sz w:val="22"/>
        </w:rPr>
        <w:t>danych</w:t>
      </w:r>
      <w:proofErr w:type="spellEnd"/>
    </w:p>
    <w:p w14:paraId="2963C2E4" w14:textId="52E568D6" w:rsidR="00CE090A" w:rsidRDefault="00CE090A" w:rsidP="00F20CC0">
      <w:pPr>
        <w:spacing w:line="360" w:lineRule="auto"/>
        <w:rPr>
          <w:rFonts w:eastAsia="Calibri" w:cs="Arial"/>
        </w:rPr>
      </w:pPr>
      <w:proofErr w:type="spellStart"/>
      <w:r w:rsidRPr="001978F4">
        <w:rPr>
          <w:rFonts w:eastAsia="Calibri" w:cs="Arial"/>
        </w:rPr>
        <w:t>Zgodnie</w:t>
      </w:r>
      <w:proofErr w:type="spellEnd"/>
      <w:r w:rsidRPr="001978F4">
        <w:rPr>
          <w:rFonts w:eastAsia="Calibri" w:cs="Arial"/>
        </w:rPr>
        <w:t xml:space="preserve"> z art. 13 </w:t>
      </w:r>
      <w:proofErr w:type="spellStart"/>
      <w:r w:rsidRPr="001978F4">
        <w:rPr>
          <w:rFonts w:eastAsia="Calibri" w:cs="Arial"/>
        </w:rPr>
        <w:t>ogólnego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rozporządzenia</w:t>
      </w:r>
      <w:proofErr w:type="spellEnd"/>
      <w:r w:rsidRPr="001978F4">
        <w:rPr>
          <w:rFonts w:eastAsia="Calibri" w:cs="Arial"/>
        </w:rPr>
        <w:t xml:space="preserve"> o </w:t>
      </w:r>
      <w:proofErr w:type="spellStart"/>
      <w:r w:rsidRPr="001978F4">
        <w:rPr>
          <w:rFonts w:eastAsia="Calibri" w:cs="Arial"/>
        </w:rPr>
        <w:t>ochronie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danych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osobowych</w:t>
      </w:r>
      <w:proofErr w:type="spellEnd"/>
      <w:r w:rsidRPr="001978F4">
        <w:rPr>
          <w:rFonts w:eastAsia="Calibri" w:cs="Arial"/>
        </w:rPr>
        <w:t xml:space="preserve"> z </w:t>
      </w:r>
      <w:proofErr w:type="spellStart"/>
      <w:r w:rsidRPr="001978F4">
        <w:rPr>
          <w:rFonts w:eastAsia="Calibri" w:cs="Arial"/>
        </w:rPr>
        <w:t>dnia</w:t>
      </w:r>
      <w:proofErr w:type="spellEnd"/>
      <w:r w:rsidRPr="001978F4">
        <w:rPr>
          <w:rFonts w:eastAsia="Calibri" w:cs="Arial"/>
        </w:rPr>
        <w:t xml:space="preserve"> 27 </w:t>
      </w:r>
      <w:proofErr w:type="spellStart"/>
      <w:r w:rsidRPr="001978F4">
        <w:rPr>
          <w:rFonts w:eastAsia="Calibri" w:cs="Arial"/>
        </w:rPr>
        <w:t>kwietnia</w:t>
      </w:r>
      <w:proofErr w:type="spellEnd"/>
      <w:r w:rsidRPr="001978F4">
        <w:rPr>
          <w:rFonts w:eastAsia="Calibri" w:cs="Arial"/>
        </w:rPr>
        <w:t xml:space="preserve"> 2016 r. (Dz. </w:t>
      </w:r>
      <w:proofErr w:type="spellStart"/>
      <w:r w:rsidRPr="001978F4">
        <w:rPr>
          <w:rFonts w:eastAsia="Calibri" w:cs="Arial"/>
        </w:rPr>
        <w:t>Urz</w:t>
      </w:r>
      <w:proofErr w:type="spellEnd"/>
      <w:r w:rsidRPr="001978F4">
        <w:rPr>
          <w:rFonts w:eastAsia="Calibri" w:cs="Arial"/>
        </w:rPr>
        <w:t xml:space="preserve">. UE L 119 z 04.05.2016) </w:t>
      </w:r>
      <w:proofErr w:type="spellStart"/>
      <w:r w:rsidRPr="001978F4">
        <w:rPr>
          <w:rFonts w:eastAsia="Calibri" w:cs="Arial"/>
        </w:rPr>
        <w:t>informujemy</w:t>
      </w:r>
      <w:proofErr w:type="spellEnd"/>
      <w:r w:rsidRPr="001978F4">
        <w:rPr>
          <w:rFonts w:eastAsia="Calibri" w:cs="Arial"/>
        </w:rPr>
        <w:t>:</w:t>
      </w:r>
    </w:p>
    <w:p w14:paraId="10952BEA" w14:textId="77777777" w:rsidR="00CE090A" w:rsidRPr="001978F4" w:rsidRDefault="00CE090A" w:rsidP="00CE090A">
      <w:pPr>
        <w:numPr>
          <w:ilvl w:val="0"/>
          <w:numId w:val="10"/>
        </w:numPr>
        <w:spacing w:after="0" w:line="360" w:lineRule="auto"/>
        <w:contextualSpacing/>
        <w:jc w:val="both"/>
        <w:rPr>
          <w:rFonts w:eastAsia="Calibri" w:cs="Arial"/>
          <w:b/>
        </w:rPr>
      </w:pPr>
      <w:r w:rsidRPr="001978F4">
        <w:rPr>
          <w:rFonts w:eastAsia="Calibri" w:cs="Arial"/>
          <w:b/>
        </w:rPr>
        <w:t xml:space="preserve">KTO BĘDZIE PRZETWARZAĆ PANI/PANA DANE OSOBOWE  </w:t>
      </w:r>
    </w:p>
    <w:p w14:paraId="45C26D00" w14:textId="77777777" w:rsidR="00CE090A" w:rsidRPr="001978F4" w:rsidRDefault="00CE090A" w:rsidP="00CE090A">
      <w:pPr>
        <w:spacing w:line="360" w:lineRule="auto"/>
        <w:jc w:val="both"/>
        <w:rPr>
          <w:rFonts w:eastAsia="Calibri" w:cs="Arial"/>
          <w:color w:val="000000"/>
        </w:rPr>
      </w:pPr>
      <w:bookmarkStart w:id="0" w:name="OLE_LINK6"/>
      <w:bookmarkStart w:id="1" w:name="OLE_LINK7"/>
      <w:bookmarkStart w:id="2" w:name="OLE_LINK8"/>
      <w:bookmarkStart w:id="3" w:name="OLE_LINK9"/>
      <w:bookmarkStart w:id="4" w:name="OLE_LINK10"/>
      <w:proofErr w:type="spellStart"/>
      <w:r w:rsidRPr="001978F4">
        <w:rPr>
          <w:rFonts w:eastAsia="Calibri" w:cs="Arial"/>
        </w:rPr>
        <w:t>Administratorem</w:t>
      </w:r>
      <w:proofErr w:type="spellEnd"/>
      <w:r w:rsidRPr="001978F4">
        <w:rPr>
          <w:rFonts w:eastAsia="Calibri" w:cs="Arial"/>
        </w:rPr>
        <w:t xml:space="preserve"> Pani/Pana </w:t>
      </w:r>
      <w:proofErr w:type="spellStart"/>
      <w:r w:rsidRPr="001978F4">
        <w:rPr>
          <w:rFonts w:eastAsia="Calibri" w:cs="Arial"/>
        </w:rPr>
        <w:t>danych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osobowych</w:t>
      </w:r>
      <w:proofErr w:type="spellEnd"/>
      <w:r w:rsidRPr="001978F4">
        <w:rPr>
          <w:rFonts w:eastAsia="Calibri" w:cs="Arial"/>
        </w:rPr>
        <w:t xml:space="preserve"> jest Gminny Ośrodek Kultury w Gogolinie, </w:t>
      </w:r>
      <w:proofErr w:type="spellStart"/>
      <w:r w:rsidRPr="001978F4">
        <w:rPr>
          <w:rFonts w:eastAsia="Calibri" w:cs="Arial"/>
        </w:rPr>
        <w:t>Plac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Dworcowy</w:t>
      </w:r>
      <w:proofErr w:type="spellEnd"/>
      <w:r w:rsidRPr="001978F4">
        <w:rPr>
          <w:rFonts w:eastAsia="Calibri" w:cs="Arial"/>
        </w:rPr>
        <w:t xml:space="preserve"> 5, 47-320 Gogolin</w:t>
      </w:r>
    </w:p>
    <w:p w14:paraId="4EDC6D4B" w14:textId="77777777" w:rsidR="00CE090A" w:rsidRPr="001978F4" w:rsidRDefault="00CE090A" w:rsidP="00CE090A">
      <w:pPr>
        <w:spacing w:line="360" w:lineRule="auto"/>
        <w:jc w:val="both"/>
        <w:rPr>
          <w:rFonts w:eastAsia="Calibri" w:cs="Arial"/>
          <w:color w:val="000000"/>
        </w:rPr>
      </w:pPr>
      <w:proofErr w:type="spellStart"/>
      <w:r w:rsidRPr="001978F4">
        <w:rPr>
          <w:rFonts w:eastAsia="Calibri" w:cs="Arial"/>
          <w:color w:val="000000"/>
        </w:rPr>
        <w:t>Kontakt</w:t>
      </w:r>
      <w:proofErr w:type="spellEnd"/>
      <w:r w:rsidRPr="001978F4">
        <w:rPr>
          <w:rFonts w:eastAsia="Calibri" w:cs="Arial"/>
          <w:color w:val="000000"/>
        </w:rPr>
        <w:t xml:space="preserve"> z IODO w </w:t>
      </w:r>
      <w:proofErr w:type="spellStart"/>
      <w:r w:rsidRPr="001978F4">
        <w:rPr>
          <w:rFonts w:eastAsia="Calibri" w:cs="Arial"/>
          <w:color w:val="000000"/>
        </w:rPr>
        <w:t>sprawach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związanych</w:t>
      </w:r>
      <w:proofErr w:type="spellEnd"/>
      <w:r w:rsidRPr="001978F4">
        <w:rPr>
          <w:rFonts w:eastAsia="Calibri" w:cs="Arial"/>
          <w:color w:val="000000"/>
        </w:rPr>
        <w:t xml:space="preserve"> z </w:t>
      </w:r>
      <w:proofErr w:type="spellStart"/>
      <w:r w:rsidRPr="001978F4">
        <w:rPr>
          <w:rFonts w:eastAsia="Calibri" w:cs="Arial"/>
          <w:color w:val="000000"/>
        </w:rPr>
        <w:t>ochroną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danych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osobowych</w:t>
      </w:r>
      <w:proofErr w:type="spellEnd"/>
      <w:r w:rsidRPr="001978F4">
        <w:rPr>
          <w:rFonts w:eastAsia="Calibri" w:cs="Arial"/>
          <w:color w:val="000000"/>
        </w:rPr>
        <w:t>: abi@pcok.wroclaw.pl</w:t>
      </w:r>
    </w:p>
    <w:bookmarkEnd w:id="0"/>
    <w:bookmarkEnd w:id="1"/>
    <w:bookmarkEnd w:id="2"/>
    <w:bookmarkEnd w:id="3"/>
    <w:bookmarkEnd w:id="4"/>
    <w:p w14:paraId="7959BD58" w14:textId="77777777" w:rsidR="00CE090A" w:rsidRPr="001978F4" w:rsidRDefault="00CE090A" w:rsidP="00CE090A">
      <w:pPr>
        <w:numPr>
          <w:ilvl w:val="0"/>
          <w:numId w:val="10"/>
        </w:numPr>
        <w:spacing w:after="0" w:line="360" w:lineRule="auto"/>
        <w:contextualSpacing/>
        <w:jc w:val="both"/>
        <w:rPr>
          <w:rFonts w:eastAsia="Calibri" w:cs="Arial"/>
          <w:b/>
        </w:rPr>
      </w:pPr>
      <w:r w:rsidRPr="001978F4">
        <w:rPr>
          <w:rFonts w:eastAsia="Calibri" w:cs="Arial"/>
          <w:b/>
        </w:rPr>
        <w:t>CEL PRZETWARZANIA</w:t>
      </w:r>
    </w:p>
    <w:p w14:paraId="02C1D6C7" w14:textId="77777777" w:rsidR="00CE090A" w:rsidRPr="001978F4" w:rsidRDefault="00CE090A" w:rsidP="00CE090A">
      <w:pPr>
        <w:spacing w:line="360" w:lineRule="auto"/>
        <w:jc w:val="both"/>
        <w:rPr>
          <w:rFonts w:eastAsia="Calibri" w:cs="Arial"/>
          <w:color w:val="000000"/>
        </w:rPr>
      </w:pPr>
      <w:r w:rsidRPr="001978F4">
        <w:rPr>
          <w:rFonts w:eastAsia="Calibri" w:cs="Arial"/>
        </w:rPr>
        <w:t xml:space="preserve">Pani/Pana </w:t>
      </w:r>
      <w:proofErr w:type="spellStart"/>
      <w:r w:rsidRPr="001978F4">
        <w:rPr>
          <w:rFonts w:eastAsia="Calibri" w:cs="Arial"/>
        </w:rPr>
        <w:t>dane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osobowe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będą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przetwarzane</w:t>
      </w:r>
      <w:proofErr w:type="spellEnd"/>
      <w:r w:rsidRPr="001978F4">
        <w:rPr>
          <w:rFonts w:eastAsia="Calibri" w:cs="Arial"/>
          <w:color w:val="000000"/>
        </w:rPr>
        <w:t xml:space="preserve"> w </w:t>
      </w:r>
      <w:proofErr w:type="spellStart"/>
      <w:r w:rsidRPr="001978F4">
        <w:rPr>
          <w:rFonts w:eastAsia="Calibri" w:cs="Arial"/>
          <w:color w:val="000000"/>
        </w:rPr>
        <w:t>celu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organizacji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i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przeprowadzenia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konkursu</w:t>
      </w:r>
      <w:proofErr w:type="spellEnd"/>
      <w:r w:rsidRPr="001978F4">
        <w:rPr>
          <w:rFonts w:eastAsia="Calibri" w:cs="Arial"/>
        </w:rPr>
        <w:t>.</w:t>
      </w:r>
    </w:p>
    <w:p w14:paraId="615942DE" w14:textId="77777777" w:rsidR="00CE090A" w:rsidRPr="001978F4" w:rsidRDefault="00CE090A" w:rsidP="00CE090A">
      <w:pPr>
        <w:numPr>
          <w:ilvl w:val="0"/>
          <w:numId w:val="10"/>
        </w:numPr>
        <w:spacing w:after="0" w:line="360" w:lineRule="auto"/>
        <w:contextualSpacing/>
        <w:jc w:val="both"/>
        <w:rPr>
          <w:rFonts w:eastAsia="Calibri" w:cs="Arial"/>
          <w:b/>
        </w:rPr>
      </w:pPr>
      <w:r w:rsidRPr="001978F4">
        <w:rPr>
          <w:rFonts w:eastAsia="Calibri" w:cs="Arial"/>
          <w:b/>
        </w:rPr>
        <w:t>CZAS PRZETWARZANIA</w:t>
      </w:r>
    </w:p>
    <w:p w14:paraId="38672FCB" w14:textId="77777777" w:rsidR="00CE090A" w:rsidRPr="006F0E9A" w:rsidRDefault="00CE090A" w:rsidP="00CE090A">
      <w:pPr>
        <w:spacing w:line="360" w:lineRule="auto"/>
        <w:jc w:val="both"/>
        <w:rPr>
          <w:rFonts w:eastAsia="Calibri" w:cs="Arial"/>
          <w:color w:val="000000"/>
        </w:rPr>
      </w:pPr>
      <w:r w:rsidRPr="001978F4">
        <w:rPr>
          <w:rFonts w:eastAsia="Calibri" w:cs="Arial"/>
        </w:rPr>
        <w:t xml:space="preserve">Pani/Pana </w:t>
      </w:r>
      <w:proofErr w:type="spellStart"/>
      <w:r w:rsidRPr="001978F4">
        <w:rPr>
          <w:rFonts w:eastAsia="Calibri" w:cs="Arial"/>
        </w:rPr>
        <w:t>dane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osobowe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przechowywane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będą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nie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dłużej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6F0E9A">
        <w:rPr>
          <w:rFonts w:eastAsia="Calibri" w:cs="Arial"/>
          <w:color w:val="000000"/>
        </w:rPr>
        <w:t>niż</w:t>
      </w:r>
      <w:proofErr w:type="spellEnd"/>
      <w:r w:rsidRPr="006F0E9A">
        <w:rPr>
          <w:rFonts w:eastAsia="Calibri" w:cs="Arial"/>
          <w:color w:val="000000"/>
        </w:rPr>
        <w:t xml:space="preserve"> </w:t>
      </w:r>
      <w:proofErr w:type="spellStart"/>
      <w:r w:rsidRPr="006F0E9A">
        <w:rPr>
          <w:rFonts w:eastAsia="Calibri" w:cs="Arial"/>
          <w:color w:val="000000"/>
        </w:rPr>
        <w:t>pięć</w:t>
      </w:r>
      <w:proofErr w:type="spellEnd"/>
      <w:r w:rsidRPr="006F0E9A">
        <w:rPr>
          <w:rFonts w:eastAsia="Calibri" w:cs="Arial"/>
          <w:color w:val="000000"/>
        </w:rPr>
        <w:t xml:space="preserve"> </w:t>
      </w:r>
      <w:proofErr w:type="spellStart"/>
      <w:r w:rsidRPr="006F0E9A">
        <w:rPr>
          <w:rFonts w:eastAsia="Calibri" w:cs="Arial"/>
          <w:color w:val="000000"/>
        </w:rPr>
        <w:t>lat</w:t>
      </w:r>
      <w:proofErr w:type="spellEnd"/>
      <w:r w:rsidRPr="006F0E9A">
        <w:rPr>
          <w:rFonts w:eastAsia="Calibri" w:cs="Arial"/>
          <w:color w:val="000000"/>
        </w:rPr>
        <w:t xml:space="preserve"> po </w:t>
      </w:r>
      <w:proofErr w:type="spellStart"/>
      <w:r w:rsidRPr="006F0E9A">
        <w:rPr>
          <w:rFonts w:eastAsia="Calibri" w:cs="Arial"/>
          <w:color w:val="000000"/>
        </w:rPr>
        <w:t>zakończeniu</w:t>
      </w:r>
      <w:proofErr w:type="spellEnd"/>
      <w:r w:rsidRPr="006F0E9A">
        <w:rPr>
          <w:rFonts w:eastAsia="Calibri" w:cs="Arial"/>
          <w:color w:val="000000"/>
        </w:rPr>
        <w:t xml:space="preserve"> </w:t>
      </w:r>
      <w:proofErr w:type="spellStart"/>
      <w:r w:rsidRPr="006F0E9A">
        <w:rPr>
          <w:rFonts w:eastAsia="Calibri" w:cs="Arial"/>
          <w:color w:val="000000"/>
        </w:rPr>
        <w:t>konkursu</w:t>
      </w:r>
      <w:proofErr w:type="spellEnd"/>
      <w:r w:rsidRPr="006F0E9A">
        <w:rPr>
          <w:rFonts w:eastAsia="Calibri" w:cs="Arial"/>
          <w:color w:val="000000"/>
        </w:rPr>
        <w:t>.</w:t>
      </w:r>
    </w:p>
    <w:p w14:paraId="69A153DD" w14:textId="77777777" w:rsidR="00CE090A" w:rsidRPr="001978F4" w:rsidRDefault="00CE090A" w:rsidP="00CE090A">
      <w:pPr>
        <w:numPr>
          <w:ilvl w:val="0"/>
          <w:numId w:val="10"/>
        </w:numPr>
        <w:spacing w:after="0" w:line="360" w:lineRule="auto"/>
        <w:contextualSpacing/>
        <w:jc w:val="both"/>
        <w:rPr>
          <w:rFonts w:eastAsia="Calibri" w:cs="Arial"/>
          <w:b/>
        </w:rPr>
      </w:pPr>
      <w:r w:rsidRPr="001978F4">
        <w:rPr>
          <w:rFonts w:eastAsia="Calibri" w:cs="Arial"/>
          <w:b/>
        </w:rPr>
        <w:t xml:space="preserve">ZAKRES </w:t>
      </w:r>
      <w:proofErr w:type="spellStart"/>
      <w:r w:rsidRPr="001978F4">
        <w:rPr>
          <w:rFonts w:eastAsia="Calibri" w:cs="Arial"/>
          <w:b/>
        </w:rPr>
        <w:t>i</w:t>
      </w:r>
      <w:proofErr w:type="spellEnd"/>
      <w:r w:rsidRPr="001978F4">
        <w:rPr>
          <w:rFonts w:eastAsia="Calibri" w:cs="Arial"/>
          <w:b/>
        </w:rPr>
        <w:t xml:space="preserve"> PODSTAWA PRAWNA</w:t>
      </w:r>
    </w:p>
    <w:p w14:paraId="6D1B2C4F" w14:textId="77777777" w:rsidR="00CE090A" w:rsidRPr="001978F4" w:rsidRDefault="00CE090A" w:rsidP="00CE090A">
      <w:pPr>
        <w:spacing w:line="360" w:lineRule="auto"/>
        <w:jc w:val="both"/>
        <w:rPr>
          <w:rFonts w:eastAsia="Calibri" w:cs="Arial"/>
        </w:rPr>
      </w:pPr>
      <w:r w:rsidRPr="001978F4">
        <w:rPr>
          <w:rFonts w:eastAsia="Calibri" w:cs="Arial"/>
        </w:rPr>
        <w:t xml:space="preserve">Pani/Pana </w:t>
      </w:r>
      <w:proofErr w:type="spellStart"/>
      <w:r w:rsidRPr="001978F4">
        <w:rPr>
          <w:rFonts w:eastAsia="Calibri" w:cs="Arial"/>
        </w:rPr>
        <w:t>dane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osobowe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przetwarzane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będą</w:t>
      </w:r>
      <w:proofErr w:type="spellEnd"/>
      <w:r w:rsidRPr="001978F4">
        <w:rPr>
          <w:rFonts w:eastAsia="Calibri" w:cs="Arial"/>
        </w:rPr>
        <w:t xml:space="preserve"> w </w:t>
      </w:r>
      <w:proofErr w:type="spellStart"/>
      <w:r w:rsidRPr="001978F4">
        <w:rPr>
          <w:rFonts w:eastAsia="Calibri" w:cs="Arial"/>
        </w:rPr>
        <w:t>zakresie</w:t>
      </w:r>
      <w:proofErr w:type="spellEnd"/>
      <w:r w:rsidRPr="001978F4">
        <w:rPr>
          <w:rFonts w:eastAsia="Calibri" w:cs="Arial"/>
        </w:rPr>
        <w:t xml:space="preserve">  </w:t>
      </w:r>
      <w:proofErr w:type="spellStart"/>
      <w:r w:rsidRPr="001978F4">
        <w:rPr>
          <w:rFonts w:eastAsia="Calibri" w:cs="Arial"/>
        </w:rPr>
        <w:t>koniecznym</w:t>
      </w:r>
      <w:proofErr w:type="spellEnd"/>
      <w:r w:rsidRPr="001978F4">
        <w:rPr>
          <w:rFonts w:eastAsia="Calibri" w:cs="Arial"/>
        </w:rPr>
        <w:t xml:space="preserve"> do </w:t>
      </w:r>
      <w:proofErr w:type="spellStart"/>
      <w:r w:rsidRPr="001978F4">
        <w:rPr>
          <w:rFonts w:eastAsia="Calibri" w:cs="Arial"/>
        </w:rPr>
        <w:t>realizacji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konkursu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na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podstawie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zgody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wyrażonej</w:t>
      </w:r>
      <w:proofErr w:type="spellEnd"/>
      <w:r w:rsidRPr="001978F4">
        <w:rPr>
          <w:rFonts w:eastAsia="Calibri" w:cs="Arial"/>
        </w:rPr>
        <w:t xml:space="preserve"> w </w:t>
      </w:r>
      <w:proofErr w:type="spellStart"/>
      <w:r w:rsidRPr="001978F4">
        <w:rPr>
          <w:rFonts w:eastAsia="Calibri" w:cs="Arial"/>
        </w:rPr>
        <w:t>zgłoszeniu</w:t>
      </w:r>
      <w:proofErr w:type="spellEnd"/>
      <w:r w:rsidRPr="001978F4">
        <w:rPr>
          <w:rFonts w:eastAsia="Calibri" w:cs="Arial"/>
        </w:rPr>
        <w:t xml:space="preserve"> do </w:t>
      </w:r>
      <w:proofErr w:type="spellStart"/>
      <w:r w:rsidRPr="001978F4">
        <w:rPr>
          <w:rFonts w:eastAsia="Calibri" w:cs="Arial"/>
        </w:rPr>
        <w:t>konkursu</w:t>
      </w:r>
      <w:proofErr w:type="spellEnd"/>
      <w:r w:rsidRPr="001978F4">
        <w:rPr>
          <w:rFonts w:eastAsia="Calibri" w:cs="Arial"/>
        </w:rPr>
        <w:t xml:space="preserve"> (Art. 6 </w:t>
      </w:r>
      <w:proofErr w:type="spellStart"/>
      <w:r w:rsidRPr="001978F4">
        <w:rPr>
          <w:rFonts w:eastAsia="Calibri" w:cs="Arial"/>
        </w:rPr>
        <w:t>ust</w:t>
      </w:r>
      <w:proofErr w:type="spellEnd"/>
      <w:r w:rsidRPr="001978F4">
        <w:rPr>
          <w:rFonts w:eastAsia="Calibri" w:cs="Arial"/>
        </w:rPr>
        <w:t xml:space="preserve">. 1 lit. a) </w:t>
      </w:r>
      <w:proofErr w:type="spellStart"/>
      <w:r w:rsidRPr="001978F4">
        <w:rPr>
          <w:rFonts w:eastAsia="Calibri" w:cs="Arial"/>
        </w:rPr>
        <w:t>ogólnego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rozporządzenia</w:t>
      </w:r>
      <w:proofErr w:type="spellEnd"/>
      <w:r w:rsidRPr="001978F4">
        <w:rPr>
          <w:rFonts w:eastAsia="Calibri" w:cs="Arial"/>
        </w:rPr>
        <w:t xml:space="preserve"> o </w:t>
      </w:r>
      <w:proofErr w:type="spellStart"/>
      <w:r w:rsidRPr="001978F4">
        <w:rPr>
          <w:rFonts w:eastAsia="Calibri" w:cs="Arial"/>
        </w:rPr>
        <w:t>ochronie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danych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osobowych</w:t>
      </w:r>
      <w:proofErr w:type="spellEnd"/>
      <w:r w:rsidRPr="001978F4">
        <w:rPr>
          <w:rFonts w:eastAsia="Calibri" w:cs="Arial"/>
        </w:rPr>
        <w:t xml:space="preserve"> z </w:t>
      </w:r>
      <w:proofErr w:type="spellStart"/>
      <w:r w:rsidRPr="001978F4">
        <w:rPr>
          <w:rFonts w:eastAsia="Calibri" w:cs="Arial"/>
        </w:rPr>
        <w:t>dnia</w:t>
      </w:r>
      <w:proofErr w:type="spellEnd"/>
      <w:r w:rsidRPr="001978F4">
        <w:rPr>
          <w:rFonts w:eastAsia="Calibri" w:cs="Arial"/>
        </w:rPr>
        <w:t xml:space="preserve"> 27 </w:t>
      </w:r>
      <w:proofErr w:type="spellStart"/>
      <w:r w:rsidRPr="001978F4">
        <w:rPr>
          <w:rFonts w:eastAsia="Calibri" w:cs="Arial"/>
        </w:rPr>
        <w:t>kwietnia</w:t>
      </w:r>
      <w:proofErr w:type="spellEnd"/>
      <w:r w:rsidRPr="001978F4">
        <w:rPr>
          <w:rFonts w:eastAsia="Calibri" w:cs="Arial"/>
        </w:rPr>
        <w:t xml:space="preserve"> 2016 r.</w:t>
      </w:r>
    </w:p>
    <w:p w14:paraId="467FC989" w14:textId="77777777" w:rsidR="00CE090A" w:rsidRPr="001978F4" w:rsidRDefault="00CE090A" w:rsidP="00CE090A">
      <w:pPr>
        <w:spacing w:line="360" w:lineRule="auto"/>
        <w:jc w:val="both"/>
        <w:rPr>
          <w:rFonts w:eastAsia="Calibri" w:cs="Arial"/>
        </w:rPr>
      </w:pPr>
      <w:r w:rsidRPr="001978F4">
        <w:rPr>
          <w:rFonts w:eastAsia="Calibri" w:cs="Arial"/>
        </w:rPr>
        <w:t xml:space="preserve">Pani/Pana </w:t>
      </w:r>
      <w:proofErr w:type="spellStart"/>
      <w:r w:rsidRPr="001978F4">
        <w:rPr>
          <w:rFonts w:eastAsia="Calibri" w:cs="Arial"/>
        </w:rPr>
        <w:t>dane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osobowe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mogą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też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być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wykorzystywane</w:t>
      </w:r>
      <w:proofErr w:type="spellEnd"/>
      <w:r w:rsidRPr="001978F4">
        <w:rPr>
          <w:rFonts w:eastAsia="Calibri" w:cs="Arial"/>
        </w:rPr>
        <w:t xml:space="preserve"> w </w:t>
      </w:r>
      <w:proofErr w:type="spellStart"/>
      <w:r w:rsidRPr="001978F4">
        <w:rPr>
          <w:rFonts w:eastAsia="Calibri" w:cs="Arial"/>
        </w:rPr>
        <w:t>zakresie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wizerunku</w:t>
      </w:r>
      <w:proofErr w:type="spellEnd"/>
      <w:r w:rsidRPr="001978F4">
        <w:rPr>
          <w:rFonts w:eastAsia="Calibri" w:cs="Arial"/>
        </w:rPr>
        <w:t xml:space="preserve">, </w:t>
      </w:r>
      <w:proofErr w:type="spellStart"/>
      <w:r w:rsidRPr="001978F4">
        <w:rPr>
          <w:rFonts w:eastAsia="Calibri" w:cs="Arial"/>
        </w:rPr>
        <w:t>na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podstawie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zgody</w:t>
      </w:r>
      <w:proofErr w:type="spellEnd"/>
      <w:r w:rsidRPr="001978F4">
        <w:rPr>
          <w:rFonts w:eastAsia="Calibri" w:cs="Arial"/>
        </w:rPr>
        <w:t xml:space="preserve"> (Art. 6 </w:t>
      </w:r>
      <w:proofErr w:type="spellStart"/>
      <w:r w:rsidRPr="001978F4">
        <w:rPr>
          <w:rFonts w:eastAsia="Calibri" w:cs="Arial"/>
        </w:rPr>
        <w:t>ust</w:t>
      </w:r>
      <w:proofErr w:type="spellEnd"/>
      <w:r w:rsidRPr="001978F4">
        <w:rPr>
          <w:rFonts w:eastAsia="Calibri" w:cs="Arial"/>
        </w:rPr>
        <w:t xml:space="preserve">. 1, lit a RODO) w </w:t>
      </w:r>
      <w:proofErr w:type="spellStart"/>
      <w:r w:rsidRPr="001978F4">
        <w:rPr>
          <w:rFonts w:eastAsia="Calibri" w:cs="Arial"/>
        </w:rPr>
        <w:t>celu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budowania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pozytywnego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wizerunku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Administratora</w:t>
      </w:r>
      <w:proofErr w:type="spellEnd"/>
    </w:p>
    <w:p w14:paraId="13E2BAA8" w14:textId="0FC0CDAB" w:rsidR="00CE090A" w:rsidRPr="001978F4" w:rsidRDefault="00CE090A" w:rsidP="00CE090A">
      <w:pPr>
        <w:spacing w:line="360" w:lineRule="auto"/>
        <w:jc w:val="both"/>
        <w:rPr>
          <w:rFonts w:eastAsia="Calibri" w:cs="Arial"/>
        </w:rPr>
      </w:pPr>
      <w:r w:rsidRPr="001978F4">
        <w:rPr>
          <w:rFonts w:eastAsia="Calibri" w:cs="Arial"/>
        </w:rPr>
        <w:lastRenderedPageBreak/>
        <w:t xml:space="preserve">Z </w:t>
      </w:r>
      <w:proofErr w:type="spellStart"/>
      <w:r w:rsidRPr="001978F4">
        <w:rPr>
          <w:rFonts w:eastAsia="Calibri" w:cs="Arial"/>
        </w:rPr>
        <w:t>uwagi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na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bezpieczeństwo</w:t>
      </w:r>
      <w:proofErr w:type="spellEnd"/>
      <w:r w:rsidRPr="001978F4">
        <w:rPr>
          <w:rFonts w:eastAsia="Calibri" w:cs="Arial"/>
        </w:rPr>
        <w:t xml:space="preserve">, </w:t>
      </w:r>
      <w:proofErr w:type="spellStart"/>
      <w:r w:rsidRPr="001978F4">
        <w:rPr>
          <w:rFonts w:eastAsia="Calibri" w:cs="Arial"/>
        </w:rPr>
        <w:t>może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być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również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rejestrowany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Państwa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wizerunek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przez</w:t>
      </w:r>
      <w:proofErr w:type="spellEnd"/>
      <w:r w:rsidRPr="001978F4">
        <w:rPr>
          <w:rFonts w:eastAsia="Calibri" w:cs="Arial"/>
        </w:rPr>
        <w:t xml:space="preserve"> system </w:t>
      </w:r>
      <w:proofErr w:type="spellStart"/>
      <w:r w:rsidRPr="001978F4">
        <w:rPr>
          <w:rFonts w:eastAsia="Calibri" w:cs="Arial"/>
        </w:rPr>
        <w:t>monitoringu</w:t>
      </w:r>
      <w:proofErr w:type="spellEnd"/>
      <w:r w:rsidRPr="001978F4">
        <w:rPr>
          <w:rFonts w:eastAsia="Calibri" w:cs="Arial"/>
        </w:rPr>
        <w:t xml:space="preserve"> (Art. 6 </w:t>
      </w:r>
      <w:proofErr w:type="spellStart"/>
      <w:r w:rsidRPr="001978F4">
        <w:rPr>
          <w:rFonts w:eastAsia="Calibri" w:cs="Arial"/>
        </w:rPr>
        <w:t>ust</w:t>
      </w:r>
      <w:proofErr w:type="spellEnd"/>
      <w:r w:rsidRPr="001978F4">
        <w:rPr>
          <w:rFonts w:eastAsia="Calibri" w:cs="Arial"/>
        </w:rPr>
        <w:t xml:space="preserve">. 1 lit. e – </w:t>
      </w:r>
      <w:proofErr w:type="spellStart"/>
      <w:r w:rsidRPr="001978F4">
        <w:rPr>
          <w:rFonts w:eastAsia="Calibri" w:cs="Arial"/>
        </w:rPr>
        <w:t>interes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publiczny</w:t>
      </w:r>
      <w:proofErr w:type="spellEnd"/>
      <w:r w:rsidRPr="001978F4">
        <w:rPr>
          <w:rFonts w:eastAsia="Calibri" w:cs="Arial"/>
        </w:rPr>
        <w:t>)</w:t>
      </w:r>
    </w:p>
    <w:p w14:paraId="7C1F7C8B" w14:textId="77777777" w:rsidR="00CE090A" w:rsidRPr="001978F4" w:rsidRDefault="00CE090A" w:rsidP="00CE090A">
      <w:pPr>
        <w:numPr>
          <w:ilvl w:val="0"/>
          <w:numId w:val="10"/>
        </w:numPr>
        <w:spacing w:after="0" w:line="360" w:lineRule="auto"/>
        <w:contextualSpacing/>
        <w:jc w:val="both"/>
        <w:rPr>
          <w:rFonts w:eastAsia="Calibri" w:cs="Arial"/>
          <w:b/>
        </w:rPr>
      </w:pPr>
      <w:r w:rsidRPr="001978F4">
        <w:rPr>
          <w:rFonts w:eastAsia="Calibri" w:cs="Arial"/>
          <w:b/>
        </w:rPr>
        <w:t>KTO BĘDZIE ODBIORCĄ DANYCH</w:t>
      </w:r>
    </w:p>
    <w:p w14:paraId="5EF9E591" w14:textId="77777777" w:rsidR="00CE090A" w:rsidRPr="001978F4" w:rsidRDefault="00CE090A" w:rsidP="00CE090A">
      <w:pPr>
        <w:spacing w:line="360" w:lineRule="auto"/>
        <w:jc w:val="both"/>
        <w:rPr>
          <w:rFonts w:eastAsia="Calibri" w:cs="Arial"/>
        </w:rPr>
      </w:pPr>
      <w:proofErr w:type="spellStart"/>
      <w:r w:rsidRPr="001978F4">
        <w:rPr>
          <w:rFonts w:eastAsia="Calibri" w:cs="Arial"/>
        </w:rPr>
        <w:t>Odbiorcami</w:t>
      </w:r>
      <w:proofErr w:type="spellEnd"/>
      <w:r w:rsidRPr="001978F4">
        <w:rPr>
          <w:rFonts w:eastAsia="Calibri" w:cs="Arial"/>
        </w:rPr>
        <w:t xml:space="preserve"> Pani/Pana </w:t>
      </w:r>
      <w:proofErr w:type="spellStart"/>
      <w:r w:rsidRPr="001978F4">
        <w:rPr>
          <w:rFonts w:eastAsia="Calibri" w:cs="Arial"/>
        </w:rPr>
        <w:t>danych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osobowych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będą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wyłącznie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podmioty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uprawnione</w:t>
      </w:r>
      <w:proofErr w:type="spellEnd"/>
      <w:r w:rsidRPr="001978F4">
        <w:rPr>
          <w:rFonts w:eastAsia="Calibri" w:cs="Arial"/>
        </w:rPr>
        <w:t xml:space="preserve"> do </w:t>
      </w:r>
      <w:proofErr w:type="spellStart"/>
      <w:r w:rsidRPr="001978F4">
        <w:rPr>
          <w:rFonts w:eastAsia="Calibri" w:cs="Arial"/>
        </w:rPr>
        <w:t>uzyskania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danych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osobowych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na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podstawie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przepisów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prawa</w:t>
      </w:r>
      <w:proofErr w:type="spellEnd"/>
      <w:r w:rsidRPr="001978F4">
        <w:rPr>
          <w:rFonts w:eastAsia="Calibri" w:cs="Arial"/>
        </w:rPr>
        <w:t xml:space="preserve">, </w:t>
      </w:r>
      <w:proofErr w:type="spellStart"/>
      <w:r w:rsidRPr="001978F4">
        <w:rPr>
          <w:rFonts w:eastAsia="Calibri" w:cs="Arial"/>
        </w:rPr>
        <w:t>oraz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firmy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informatyczne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współpracujące</w:t>
      </w:r>
      <w:proofErr w:type="spellEnd"/>
      <w:r w:rsidRPr="001978F4">
        <w:rPr>
          <w:rFonts w:eastAsia="Calibri" w:cs="Arial"/>
        </w:rPr>
        <w:t xml:space="preserve"> z </w:t>
      </w:r>
      <w:proofErr w:type="spellStart"/>
      <w:r w:rsidRPr="001978F4">
        <w:rPr>
          <w:rFonts w:eastAsia="Calibri" w:cs="Arial"/>
        </w:rPr>
        <w:t>Administratorem</w:t>
      </w:r>
      <w:proofErr w:type="spellEnd"/>
      <w:r w:rsidRPr="001978F4">
        <w:rPr>
          <w:rFonts w:eastAsia="Calibri" w:cs="Arial"/>
        </w:rPr>
        <w:t xml:space="preserve"> w </w:t>
      </w:r>
      <w:proofErr w:type="spellStart"/>
      <w:r w:rsidRPr="001978F4">
        <w:rPr>
          <w:rFonts w:eastAsia="Calibri" w:cs="Arial"/>
        </w:rPr>
        <w:t>zakresie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utrzymania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infrastruktury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informatycznej</w:t>
      </w:r>
      <w:proofErr w:type="spellEnd"/>
      <w:r w:rsidRPr="001978F4">
        <w:rPr>
          <w:rFonts w:eastAsia="Calibri" w:cs="Arial"/>
        </w:rPr>
        <w:t xml:space="preserve">, </w:t>
      </w:r>
      <w:proofErr w:type="spellStart"/>
      <w:r w:rsidRPr="001978F4">
        <w:rPr>
          <w:rFonts w:eastAsia="Calibri" w:cs="Arial"/>
        </w:rPr>
        <w:t>firma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realizująca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obowiązki</w:t>
      </w:r>
      <w:proofErr w:type="spellEnd"/>
      <w:r w:rsidRPr="001978F4">
        <w:rPr>
          <w:rFonts w:eastAsia="Calibri" w:cs="Arial"/>
        </w:rPr>
        <w:t xml:space="preserve"> BHP, </w:t>
      </w:r>
      <w:proofErr w:type="spellStart"/>
      <w:r w:rsidRPr="001978F4">
        <w:rPr>
          <w:rFonts w:eastAsia="Calibri" w:cs="Arial"/>
        </w:rPr>
        <w:t>firmy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kurierskie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i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pocztowe</w:t>
      </w:r>
      <w:proofErr w:type="spellEnd"/>
      <w:r w:rsidRPr="001978F4">
        <w:rPr>
          <w:rFonts w:eastAsia="Calibri" w:cs="Arial"/>
        </w:rPr>
        <w:t xml:space="preserve"> w </w:t>
      </w:r>
      <w:proofErr w:type="spellStart"/>
      <w:r w:rsidRPr="001978F4">
        <w:rPr>
          <w:rFonts w:eastAsia="Calibri" w:cs="Arial"/>
        </w:rPr>
        <w:t>zakresie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korespondencji</w:t>
      </w:r>
      <w:proofErr w:type="spellEnd"/>
      <w:r w:rsidRPr="001978F4">
        <w:rPr>
          <w:rFonts w:eastAsia="Calibri" w:cs="Arial"/>
        </w:rPr>
        <w:t xml:space="preserve">, </w:t>
      </w:r>
      <w:proofErr w:type="spellStart"/>
      <w:r w:rsidRPr="001978F4">
        <w:rPr>
          <w:rFonts w:eastAsia="Calibri" w:cs="Arial"/>
        </w:rPr>
        <w:t>firmy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przewozowe</w:t>
      </w:r>
      <w:proofErr w:type="spellEnd"/>
      <w:r w:rsidRPr="001978F4">
        <w:rPr>
          <w:rFonts w:eastAsia="Calibri" w:cs="Arial"/>
        </w:rPr>
        <w:t xml:space="preserve">, </w:t>
      </w:r>
      <w:proofErr w:type="spellStart"/>
      <w:r w:rsidRPr="001978F4">
        <w:rPr>
          <w:rFonts w:eastAsia="Calibri" w:cs="Arial"/>
        </w:rPr>
        <w:t>firmy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realizujące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usługi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hotelowe</w:t>
      </w:r>
      <w:proofErr w:type="spellEnd"/>
      <w:r w:rsidRPr="001978F4">
        <w:rPr>
          <w:rFonts w:eastAsia="Calibri" w:cs="Arial"/>
        </w:rPr>
        <w:t xml:space="preserve"> (</w:t>
      </w:r>
      <w:proofErr w:type="spellStart"/>
      <w:r w:rsidRPr="001978F4">
        <w:rPr>
          <w:rFonts w:eastAsia="Calibri" w:cs="Arial"/>
        </w:rPr>
        <w:t>dla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realizacji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wycieczek</w:t>
      </w:r>
      <w:proofErr w:type="spellEnd"/>
      <w:r w:rsidRPr="001978F4">
        <w:rPr>
          <w:rFonts w:eastAsia="Calibri" w:cs="Arial"/>
        </w:rPr>
        <w:t xml:space="preserve">) </w:t>
      </w:r>
      <w:proofErr w:type="spellStart"/>
      <w:r w:rsidRPr="001978F4">
        <w:rPr>
          <w:rFonts w:eastAsia="Calibri" w:cs="Arial"/>
        </w:rPr>
        <w:t>i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inne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podmioty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uczestniczące</w:t>
      </w:r>
      <w:proofErr w:type="spellEnd"/>
      <w:r w:rsidRPr="001978F4">
        <w:rPr>
          <w:rFonts w:eastAsia="Calibri" w:cs="Arial"/>
        </w:rPr>
        <w:t xml:space="preserve"> w </w:t>
      </w:r>
      <w:proofErr w:type="spellStart"/>
      <w:r w:rsidRPr="001978F4">
        <w:rPr>
          <w:rFonts w:eastAsia="Calibri" w:cs="Arial"/>
        </w:rPr>
        <w:t>realizacji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zadań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administratora</w:t>
      </w:r>
      <w:proofErr w:type="spellEnd"/>
      <w:r w:rsidRPr="001978F4">
        <w:rPr>
          <w:rFonts w:eastAsia="Calibri" w:cs="Arial"/>
        </w:rPr>
        <w:t>.</w:t>
      </w:r>
    </w:p>
    <w:p w14:paraId="33E8DC4B" w14:textId="77777777" w:rsidR="00CE090A" w:rsidRPr="001978F4" w:rsidRDefault="00CE090A" w:rsidP="00CE090A">
      <w:pPr>
        <w:spacing w:line="360" w:lineRule="auto"/>
        <w:jc w:val="both"/>
        <w:rPr>
          <w:rFonts w:eastAsia="Calibri" w:cs="Arial"/>
        </w:rPr>
      </w:pPr>
      <w:proofErr w:type="spellStart"/>
      <w:r w:rsidRPr="001978F4">
        <w:rPr>
          <w:rFonts w:eastAsia="Calibri" w:cs="Arial"/>
        </w:rPr>
        <w:t>Wszystkie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wymienione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podmioty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będą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uczestniczyły</w:t>
      </w:r>
      <w:proofErr w:type="spellEnd"/>
      <w:r w:rsidRPr="001978F4">
        <w:rPr>
          <w:rFonts w:eastAsia="Calibri" w:cs="Arial"/>
        </w:rPr>
        <w:t xml:space="preserve"> w </w:t>
      </w:r>
      <w:proofErr w:type="spellStart"/>
      <w:r w:rsidRPr="001978F4">
        <w:rPr>
          <w:rFonts w:eastAsia="Calibri" w:cs="Arial"/>
        </w:rPr>
        <w:t>przetwarzaniu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tylko</w:t>
      </w:r>
      <w:proofErr w:type="spellEnd"/>
      <w:r w:rsidRPr="001978F4">
        <w:rPr>
          <w:rFonts w:eastAsia="Calibri" w:cs="Arial"/>
        </w:rPr>
        <w:t xml:space="preserve"> w </w:t>
      </w:r>
      <w:proofErr w:type="spellStart"/>
      <w:r w:rsidRPr="001978F4">
        <w:rPr>
          <w:rFonts w:eastAsia="Calibri" w:cs="Arial"/>
        </w:rPr>
        <w:t>zakresie</w:t>
      </w:r>
      <w:proofErr w:type="spellEnd"/>
      <w:r w:rsidRPr="001978F4">
        <w:rPr>
          <w:rFonts w:eastAsia="Calibri" w:cs="Arial"/>
        </w:rPr>
        <w:t xml:space="preserve"> </w:t>
      </w:r>
      <w:proofErr w:type="spellStart"/>
      <w:r w:rsidRPr="001978F4">
        <w:rPr>
          <w:rFonts w:eastAsia="Calibri" w:cs="Arial"/>
        </w:rPr>
        <w:t>niezbędnym</w:t>
      </w:r>
      <w:proofErr w:type="spellEnd"/>
      <w:r w:rsidRPr="001978F4">
        <w:rPr>
          <w:rFonts w:eastAsia="Calibri" w:cs="Arial"/>
        </w:rPr>
        <w:t xml:space="preserve"> do </w:t>
      </w:r>
      <w:proofErr w:type="spellStart"/>
      <w:r w:rsidRPr="001978F4">
        <w:rPr>
          <w:rFonts w:eastAsia="Calibri" w:cs="Arial"/>
        </w:rPr>
        <w:t>realizacji</w:t>
      </w:r>
      <w:proofErr w:type="spellEnd"/>
      <w:r w:rsidRPr="001978F4">
        <w:rPr>
          <w:rFonts w:eastAsia="Calibri" w:cs="Arial"/>
        </w:rPr>
        <w:t xml:space="preserve"> ich </w:t>
      </w:r>
      <w:proofErr w:type="spellStart"/>
      <w:r w:rsidRPr="001978F4">
        <w:rPr>
          <w:rFonts w:eastAsia="Calibri" w:cs="Arial"/>
        </w:rPr>
        <w:t>zdań</w:t>
      </w:r>
      <w:proofErr w:type="spellEnd"/>
      <w:r w:rsidRPr="001978F4">
        <w:rPr>
          <w:rFonts w:eastAsia="Calibri" w:cs="Arial"/>
        </w:rPr>
        <w:t xml:space="preserve"> w </w:t>
      </w:r>
      <w:proofErr w:type="spellStart"/>
      <w:r w:rsidRPr="001978F4">
        <w:rPr>
          <w:rFonts w:eastAsia="Calibri" w:cs="Arial"/>
        </w:rPr>
        <w:t>związku</w:t>
      </w:r>
      <w:proofErr w:type="spellEnd"/>
      <w:r w:rsidRPr="001978F4">
        <w:rPr>
          <w:rFonts w:eastAsia="Calibri" w:cs="Arial"/>
        </w:rPr>
        <w:t xml:space="preserve"> ze </w:t>
      </w:r>
      <w:proofErr w:type="spellStart"/>
      <w:r w:rsidRPr="001978F4">
        <w:rPr>
          <w:rFonts w:eastAsia="Calibri" w:cs="Arial"/>
        </w:rPr>
        <w:t>współpracą</w:t>
      </w:r>
      <w:proofErr w:type="spellEnd"/>
      <w:r w:rsidRPr="001978F4">
        <w:rPr>
          <w:rFonts w:eastAsia="Calibri" w:cs="Arial"/>
        </w:rPr>
        <w:t xml:space="preserve"> z </w:t>
      </w:r>
      <w:proofErr w:type="spellStart"/>
      <w:r w:rsidRPr="001978F4">
        <w:rPr>
          <w:rFonts w:eastAsia="Calibri" w:cs="Arial"/>
        </w:rPr>
        <w:t>administratorem</w:t>
      </w:r>
      <w:proofErr w:type="spellEnd"/>
      <w:r w:rsidRPr="001978F4">
        <w:rPr>
          <w:rFonts w:eastAsia="Calibri" w:cs="Arial"/>
        </w:rPr>
        <w:t>.</w:t>
      </w:r>
    </w:p>
    <w:p w14:paraId="07580350" w14:textId="77777777" w:rsidR="00CE090A" w:rsidRPr="001978F4" w:rsidRDefault="00CE090A" w:rsidP="00CE090A">
      <w:pPr>
        <w:numPr>
          <w:ilvl w:val="0"/>
          <w:numId w:val="10"/>
        </w:numPr>
        <w:spacing w:after="0" w:line="360" w:lineRule="auto"/>
        <w:contextualSpacing/>
        <w:jc w:val="both"/>
        <w:rPr>
          <w:rFonts w:eastAsia="Calibri" w:cs="Arial"/>
          <w:b/>
        </w:rPr>
      </w:pPr>
      <w:r w:rsidRPr="001978F4">
        <w:rPr>
          <w:rFonts w:eastAsia="Calibri" w:cs="Arial"/>
          <w:b/>
        </w:rPr>
        <w:t>PANI/PANA PRAWA</w:t>
      </w:r>
    </w:p>
    <w:p w14:paraId="5683D446" w14:textId="77777777" w:rsidR="00CE090A" w:rsidRPr="001978F4" w:rsidRDefault="00CE090A" w:rsidP="00CE090A">
      <w:pPr>
        <w:spacing w:line="360" w:lineRule="auto"/>
        <w:jc w:val="both"/>
        <w:rPr>
          <w:rFonts w:eastAsia="Calibri" w:cs="Arial"/>
          <w:color w:val="000000"/>
        </w:rPr>
      </w:pPr>
      <w:proofErr w:type="spellStart"/>
      <w:r w:rsidRPr="001978F4">
        <w:rPr>
          <w:rFonts w:eastAsia="Calibri" w:cs="Arial"/>
          <w:color w:val="000000"/>
        </w:rPr>
        <w:t>Posiada</w:t>
      </w:r>
      <w:proofErr w:type="spellEnd"/>
      <w:r w:rsidRPr="001978F4">
        <w:rPr>
          <w:rFonts w:eastAsia="Calibri" w:cs="Arial"/>
          <w:color w:val="000000"/>
        </w:rPr>
        <w:t xml:space="preserve"> Pani/Pan </w:t>
      </w:r>
      <w:proofErr w:type="spellStart"/>
      <w:r w:rsidRPr="001978F4">
        <w:rPr>
          <w:rFonts w:eastAsia="Calibri" w:cs="Arial"/>
          <w:color w:val="000000"/>
        </w:rPr>
        <w:t>prawo</w:t>
      </w:r>
      <w:proofErr w:type="spellEnd"/>
      <w:r w:rsidRPr="001978F4">
        <w:rPr>
          <w:rFonts w:eastAsia="Calibri" w:cs="Arial"/>
          <w:color w:val="000000"/>
        </w:rPr>
        <w:t xml:space="preserve"> do </w:t>
      </w:r>
      <w:proofErr w:type="spellStart"/>
      <w:r w:rsidRPr="001978F4">
        <w:rPr>
          <w:rFonts w:eastAsia="Calibri" w:cs="Arial"/>
          <w:color w:val="000000"/>
        </w:rPr>
        <w:t>żądania</w:t>
      </w:r>
      <w:proofErr w:type="spellEnd"/>
      <w:r w:rsidRPr="001978F4">
        <w:rPr>
          <w:rFonts w:eastAsia="Calibri" w:cs="Arial"/>
          <w:color w:val="000000"/>
        </w:rPr>
        <w:t xml:space="preserve"> od </w:t>
      </w:r>
      <w:proofErr w:type="spellStart"/>
      <w:r w:rsidRPr="001978F4">
        <w:rPr>
          <w:rFonts w:eastAsia="Calibri" w:cs="Arial"/>
          <w:color w:val="000000"/>
        </w:rPr>
        <w:t>administratora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dostępu</w:t>
      </w:r>
      <w:proofErr w:type="spellEnd"/>
      <w:r w:rsidRPr="001978F4">
        <w:rPr>
          <w:rFonts w:eastAsia="Calibri" w:cs="Arial"/>
          <w:color w:val="000000"/>
        </w:rPr>
        <w:t xml:space="preserve"> do </w:t>
      </w:r>
      <w:proofErr w:type="spellStart"/>
      <w:r w:rsidRPr="001978F4">
        <w:rPr>
          <w:rFonts w:eastAsia="Calibri" w:cs="Arial"/>
          <w:color w:val="000000"/>
        </w:rPr>
        <w:t>danych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osobowych</w:t>
      </w:r>
      <w:proofErr w:type="spellEnd"/>
      <w:r w:rsidRPr="001978F4">
        <w:rPr>
          <w:rFonts w:eastAsia="Calibri" w:cs="Arial"/>
          <w:color w:val="000000"/>
        </w:rPr>
        <w:t xml:space="preserve">, </w:t>
      </w:r>
      <w:proofErr w:type="spellStart"/>
      <w:r w:rsidRPr="001978F4">
        <w:rPr>
          <w:rFonts w:eastAsia="Calibri" w:cs="Arial"/>
          <w:color w:val="000000"/>
        </w:rPr>
        <w:t>prawo</w:t>
      </w:r>
      <w:proofErr w:type="spellEnd"/>
      <w:r w:rsidRPr="001978F4">
        <w:rPr>
          <w:rFonts w:eastAsia="Calibri" w:cs="Arial"/>
          <w:color w:val="000000"/>
        </w:rPr>
        <w:t xml:space="preserve"> do ich </w:t>
      </w:r>
      <w:proofErr w:type="spellStart"/>
      <w:r w:rsidRPr="001978F4">
        <w:rPr>
          <w:rFonts w:eastAsia="Calibri" w:cs="Arial"/>
          <w:color w:val="000000"/>
        </w:rPr>
        <w:t>sprostowania</w:t>
      </w:r>
      <w:proofErr w:type="spellEnd"/>
      <w:r w:rsidRPr="001978F4">
        <w:rPr>
          <w:rFonts w:eastAsia="Calibri" w:cs="Arial"/>
          <w:color w:val="000000"/>
        </w:rPr>
        <w:t xml:space="preserve">, </w:t>
      </w:r>
      <w:proofErr w:type="spellStart"/>
      <w:r w:rsidRPr="001978F4">
        <w:rPr>
          <w:rFonts w:eastAsia="Calibri" w:cs="Arial"/>
          <w:color w:val="000000"/>
        </w:rPr>
        <w:t>usunięcia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lub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ograniczenia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przetwarzania</w:t>
      </w:r>
      <w:proofErr w:type="spellEnd"/>
      <w:r w:rsidRPr="001978F4">
        <w:rPr>
          <w:rFonts w:eastAsia="Calibri" w:cs="Arial"/>
          <w:color w:val="000000"/>
        </w:rPr>
        <w:t xml:space="preserve">, </w:t>
      </w:r>
      <w:proofErr w:type="spellStart"/>
      <w:r w:rsidRPr="001978F4">
        <w:rPr>
          <w:rFonts w:eastAsia="Calibri" w:cs="Arial"/>
          <w:color w:val="000000"/>
        </w:rPr>
        <w:t>prawo</w:t>
      </w:r>
      <w:proofErr w:type="spellEnd"/>
      <w:r w:rsidRPr="001978F4">
        <w:rPr>
          <w:rFonts w:eastAsia="Calibri" w:cs="Arial"/>
          <w:color w:val="000000"/>
        </w:rPr>
        <w:t xml:space="preserve"> do </w:t>
      </w:r>
      <w:proofErr w:type="spellStart"/>
      <w:r w:rsidRPr="001978F4">
        <w:rPr>
          <w:rFonts w:eastAsia="Calibri" w:cs="Arial"/>
          <w:color w:val="000000"/>
        </w:rPr>
        <w:t>wniesienia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sprzeciwu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wobec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przetwarzania</w:t>
      </w:r>
      <w:proofErr w:type="spellEnd"/>
      <w:r w:rsidRPr="001978F4">
        <w:rPr>
          <w:rFonts w:eastAsia="Calibri" w:cs="Arial"/>
          <w:color w:val="000000"/>
        </w:rPr>
        <w:t xml:space="preserve">, </w:t>
      </w:r>
      <w:proofErr w:type="spellStart"/>
      <w:r w:rsidRPr="001978F4">
        <w:rPr>
          <w:rFonts w:eastAsia="Calibri" w:cs="Arial"/>
          <w:color w:val="000000"/>
        </w:rPr>
        <w:t>prawo</w:t>
      </w:r>
      <w:proofErr w:type="spellEnd"/>
      <w:r w:rsidRPr="001978F4">
        <w:rPr>
          <w:rFonts w:eastAsia="Calibri" w:cs="Arial"/>
          <w:color w:val="000000"/>
        </w:rPr>
        <w:t xml:space="preserve"> do </w:t>
      </w:r>
      <w:proofErr w:type="spellStart"/>
      <w:r w:rsidRPr="001978F4">
        <w:rPr>
          <w:rFonts w:eastAsia="Calibri" w:cs="Arial"/>
          <w:color w:val="000000"/>
        </w:rPr>
        <w:t>przenoszenia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danych</w:t>
      </w:r>
      <w:proofErr w:type="spellEnd"/>
      <w:r w:rsidRPr="001978F4">
        <w:rPr>
          <w:rFonts w:eastAsia="Calibri" w:cs="Arial"/>
          <w:color w:val="000000"/>
        </w:rPr>
        <w:t xml:space="preserve">, </w:t>
      </w:r>
      <w:proofErr w:type="spellStart"/>
      <w:r w:rsidRPr="001978F4">
        <w:rPr>
          <w:rFonts w:eastAsia="Calibri" w:cs="Arial"/>
          <w:color w:val="000000"/>
        </w:rPr>
        <w:t>prawo</w:t>
      </w:r>
      <w:proofErr w:type="spellEnd"/>
      <w:r w:rsidRPr="001978F4">
        <w:rPr>
          <w:rFonts w:eastAsia="Calibri" w:cs="Arial"/>
          <w:color w:val="000000"/>
        </w:rPr>
        <w:t xml:space="preserve"> do </w:t>
      </w:r>
      <w:proofErr w:type="spellStart"/>
      <w:r w:rsidRPr="001978F4">
        <w:rPr>
          <w:rFonts w:eastAsia="Calibri" w:cs="Arial"/>
          <w:color w:val="000000"/>
        </w:rPr>
        <w:t>cofnięcia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zgody</w:t>
      </w:r>
      <w:proofErr w:type="spellEnd"/>
      <w:r w:rsidRPr="001978F4">
        <w:rPr>
          <w:rFonts w:eastAsia="Calibri" w:cs="Arial"/>
          <w:color w:val="000000"/>
        </w:rPr>
        <w:t xml:space="preserve"> w </w:t>
      </w:r>
      <w:proofErr w:type="spellStart"/>
      <w:r w:rsidRPr="001978F4">
        <w:rPr>
          <w:rFonts w:eastAsia="Calibri" w:cs="Arial"/>
          <w:color w:val="000000"/>
        </w:rPr>
        <w:t>dowolnym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momencie</w:t>
      </w:r>
      <w:proofErr w:type="spellEnd"/>
      <w:r w:rsidRPr="001978F4">
        <w:rPr>
          <w:rFonts w:eastAsia="Calibri" w:cs="Arial"/>
          <w:color w:val="000000"/>
        </w:rPr>
        <w:t>.</w:t>
      </w:r>
    </w:p>
    <w:p w14:paraId="0716958F" w14:textId="45F3AD36" w:rsidR="00693C2B" w:rsidRPr="00693C2B" w:rsidRDefault="00CE090A" w:rsidP="00693C2B">
      <w:pPr>
        <w:spacing w:line="360" w:lineRule="auto"/>
        <w:jc w:val="both"/>
        <w:rPr>
          <w:rFonts w:eastAsia="Calibri" w:cs="Arial"/>
          <w:color w:val="000000"/>
        </w:rPr>
      </w:pPr>
      <w:r w:rsidRPr="001978F4">
        <w:rPr>
          <w:rFonts w:eastAsia="Calibri" w:cs="Arial"/>
          <w:color w:val="000000"/>
        </w:rPr>
        <w:t xml:space="preserve">W </w:t>
      </w:r>
      <w:proofErr w:type="spellStart"/>
      <w:r w:rsidRPr="001978F4">
        <w:rPr>
          <w:rFonts w:eastAsia="Calibri" w:cs="Arial"/>
          <w:color w:val="000000"/>
        </w:rPr>
        <w:t>przypadku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stwierdzenia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naruszenia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zasad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przetwarzania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danych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osobowych</w:t>
      </w:r>
      <w:proofErr w:type="spellEnd"/>
      <w:r w:rsidRPr="001978F4">
        <w:rPr>
          <w:rFonts w:eastAsia="Calibri" w:cs="Arial"/>
          <w:color w:val="000000"/>
        </w:rPr>
        <w:t xml:space="preserve"> ma Pani/Pan </w:t>
      </w:r>
      <w:proofErr w:type="spellStart"/>
      <w:r w:rsidRPr="001978F4">
        <w:rPr>
          <w:rFonts w:eastAsia="Calibri" w:cs="Arial"/>
          <w:color w:val="000000"/>
        </w:rPr>
        <w:t>prawo</w:t>
      </w:r>
      <w:proofErr w:type="spellEnd"/>
      <w:r w:rsidRPr="001978F4">
        <w:rPr>
          <w:rFonts w:eastAsia="Calibri" w:cs="Arial"/>
          <w:color w:val="000000"/>
        </w:rPr>
        <w:t xml:space="preserve"> do </w:t>
      </w:r>
      <w:proofErr w:type="spellStart"/>
      <w:r w:rsidRPr="001978F4">
        <w:rPr>
          <w:rFonts w:eastAsia="Calibri" w:cs="Arial"/>
          <w:color w:val="000000"/>
        </w:rPr>
        <w:t>wniesienia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skargi</w:t>
      </w:r>
      <w:proofErr w:type="spellEnd"/>
      <w:r w:rsidRPr="001978F4">
        <w:rPr>
          <w:rFonts w:eastAsia="Calibri" w:cs="Arial"/>
          <w:color w:val="000000"/>
        </w:rPr>
        <w:t xml:space="preserve"> do </w:t>
      </w:r>
      <w:proofErr w:type="spellStart"/>
      <w:r w:rsidRPr="001978F4">
        <w:rPr>
          <w:rFonts w:eastAsia="Calibri" w:cs="Arial"/>
          <w:color w:val="000000"/>
        </w:rPr>
        <w:t>organu</w:t>
      </w:r>
      <w:proofErr w:type="spellEnd"/>
      <w:r w:rsidRPr="001978F4">
        <w:rPr>
          <w:rFonts w:eastAsia="Calibri" w:cs="Arial"/>
          <w:color w:val="000000"/>
        </w:rPr>
        <w:t xml:space="preserve"> </w:t>
      </w:r>
      <w:proofErr w:type="spellStart"/>
      <w:r w:rsidRPr="001978F4">
        <w:rPr>
          <w:rFonts w:eastAsia="Calibri" w:cs="Arial"/>
          <w:color w:val="000000"/>
        </w:rPr>
        <w:t>nadzorczego</w:t>
      </w:r>
      <w:proofErr w:type="spellEnd"/>
      <w:r w:rsidRPr="001978F4">
        <w:rPr>
          <w:rFonts w:eastAsia="Calibri" w:cs="Arial"/>
          <w:color w:val="000000"/>
        </w:rPr>
        <w:t>.</w:t>
      </w:r>
    </w:p>
    <w:p w14:paraId="104D507D" w14:textId="5164A35C" w:rsidR="00693C2B" w:rsidRDefault="00693C2B" w:rsidP="00693C2B">
      <w:pPr>
        <w:spacing w:before="160" w:after="80"/>
      </w:pPr>
      <w:r>
        <w:rPr>
          <w:b/>
          <w:sz w:val="22"/>
        </w:rPr>
        <w:t xml:space="preserve">§ </w:t>
      </w:r>
      <w:r>
        <w:rPr>
          <w:b/>
          <w:sz w:val="22"/>
        </w:rPr>
        <w:t>8</w:t>
      </w:r>
      <w:r>
        <w:rPr>
          <w:b/>
          <w:sz w:val="22"/>
        </w:rPr>
        <w:t xml:space="preserve">. </w:t>
      </w:r>
      <w:proofErr w:type="spellStart"/>
      <w:r>
        <w:rPr>
          <w:b/>
          <w:sz w:val="22"/>
        </w:rPr>
        <w:t>Postanowienia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końcowe</w:t>
      </w:r>
      <w:proofErr w:type="spellEnd"/>
    </w:p>
    <w:p w14:paraId="01158BC7" w14:textId="77777777" w:rsidR="00693C2B" w:rsidRDefault="00693C2B" w:rsidP="00693C2B">
      <w:pPr>
        <w:jc w:val="both"/>
      </w:pPr>
      <w:r>
        <w:t xml:space="preserve">1. </w:t>
      </w:r>
      <w:proofErr w:type="spellStart"/>
      <w:r>
        <w:t>Złożenie</w:t>
      </w:r>
      <w:proofErr w:type="spellEnd"/>
      <w:r>
        <w:t xml:space="preserve"> </w:t>
      </w:r>
      <w:proofErr w:type="spellStart"/>
      <w:r>
        <w:t>formularza</w:t>
      </w:r>
      <w:proofErr w:type="spellEnd"/>
      <w:r>
        <w:t xml:space="preserve"> </w:t>
      </w:r>
      <w:proofErr w:type="spellStart"/>
      <w:r>
        <w:t>zgłoszeniowego</w:t>
      </w:r>
      <w:proofErr w:type="spellEnd"/>
      <w:r>
        <w:t xml:space="preserve"> </w:t>
      </w:r>
      <w:proofErr w:type="spellStart"/>
      <w:r>
        <w:t>oznacza</w:t>
      </w:r>
      <w:proofErr w:type="spellEnd"/>
      <w:r>
        <w:t xml:space="preserve"> </w:t>
      </w:r>
      <w:proofErr w:type="spellStart"/>
      <w:r>
        <w:t>zapoznanie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Regulaminem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akceptację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postanowień</w:t>
      </w:r>
      <w:proofErr w:type="spellEnd"/>
      <w:r>
        <w:t>.</w:t>
      </w:r>
    </w:p>
    <w:p w14:paraId="32A005E5" w14:textId="77777777" w:rsidR="00693C2B" w:rsidRDefault="00693C2B" w:rsidP="00693C2B">
      <w:pPr>
        <w:jc w:val="both"/>
      </w:pPr>
      <w:r>
        <w:t xml:space="preserve">2. 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organizacyjnych</w:t>
      </w:r>
      <w:proofErr w:type="spellEnd"/>
      <w:r>
        <w:t xml:space="preserve"> </w:t>
      </w:r>
      <w:proofErr w:type="spellStart"/>
      <w:r>
        <w:t>nieuregulowanych</w:t>
      </w:r>
      <w:proofErr w:type="spellEnd"/>
      <w:r>
        <w:t xml:space="preserve"> </w:t>
      </w:r>
      <w:proofErr w:type="spellStart"/>
      <w:r>
        <w:t>Regulaminem</w:t>
      </w:r>
      <w:proofErr w:type="spellEnd"/>
      <w:r>
        <w:t xml:space="preserve"> </w:t>
      </w:r>
      <w:proofErr w:type="spellStart"/>
      <w:r>
        <w:t>rozstrzyga</w:t>
      </w:r>
      <w:proofErr w:type="spellEnd"/>
      <w:r>
        <w:t xml:space="preserve"> </w:t>
      </w:r>
      <w:proofErr w:type="spellStart"/>
      <w:r>
        <w:t>Organizator</w:t>
      </w:r>
      <w:proofErr w:type="spellEnd"/>
      <w:r>
        <w:t xml:space="preserve">, </w:t>
      </w:r>
      <w:r>
        <w:br/>
        <w:t xml:space="preserve">z </w:t>
      </w:r>
      <w:proofErr w:type="spellStart"/>
      <w:r>
        <w:t>zachowaniem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równego</w:t>
      </w:r>
      <w:proofErr w:type="spellEnd"/>
      <w:r>
        <w:t xml:space="preserve"> </w:t>
      </w:r>
      <w:proofErr w:type="spellStart"/>
      <w:r>
        <w:t>traktowania</w:t>
      </w:r>
      <w:proofErr w:type="spellEnd"/>
      <w:r>
        <w:t xml:space="preserve"> </w:t>
      </w:r>
      <w:proofErr w:type="spellStart"/>
      <w:r>
        <w:t>Uczestników</w:t>
      </w:r>
      <w:proofErr w:type="spellEnd"/>
      <w:r>
        <w:t>.</w:t>
      </w:r>
    </w:p>
    <w:p w14:paraId="400EE94D" w14:textId="77777777" w:rsidR="00693C2B" w:rsidRDefault="00693C2B" w:rsidP="00693C2B">
      <w:pPr>
        <w:jc w:val="both"/>
      </w:pPr>
      <w:r>
        <w:t xml:space="preserve">3.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zastrzega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</w:t>
      </w:r>
      <w:proofErr w:type="spellStart"/>
      <w:r>
        <w:t>zmian</w:t>
      </w:r>
      <w:proofErr w:type="spellEnd"/>
      <w:r>
        <w:t xml:space="preserve"> </w:t>
      </w:r>
      <w:proofErr w:type="spellStart"/>
      <w:r>
        <w:t>organizacyjnych</w:t>
      </w:r>
      <w:proofErr w:type="spellEnd"/>
      <w:r>
        <w:t xml:space="preserve"> </w:t>
      </w:r>
      <w:proofErr w:type="spellStart"/>
      <w:r>
        <w:t>wynikających</w:t>
      </w:r>
      <w:proofErr w:type="spellEnd"/>
      <w:r>
        <w:t xml:space="preserve"> z </w:t>
      </w:r>
      <w:proofErr w:type="spellStart"/>
      <w:r>
        <w:t>przyczyn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, </w:t>
      </w:r>
      <w:proofErr w:type="spellStart"/>
      <w:r>
        <w:t>bezpieczeństwa</w:t>
      </w:r>
      <w:proofErr w:type="spellEnd"/>
      <w:r>
        <w:t xml:space="preserve">, </w:t>
      </w:r>
      <w:proofErr w:type="spellStart"/>
      <w:r>
        <w:t>siły</w:t>
      </w:r>
      <w:proofErr w:type="spellEnd"/>
      <w:r>
        <w:t xml:space="preserve">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okoliczności</w:t>
      </w:r>
      <w:proofErr w:type="spellEnd"/>
      <w:r>
        <w:t xml:space="preserve"> </w:t>
      </w:r>
      <w:proofErr w:type="spellStart"/>
      <w:r>
        <w:t>niezależnych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>.</w:t>
      </w:r>
    </w:p>
    <w:p w14:paraId="3524B9D4" w14:textId="1718FC6A" w:rsidR="00CE090A" w:rsidRDefault="00693C2B" w:rsidP="00693C2B">
      <w:pPr>
        <w:jc w:val="both"/>
      </w:pPr>
      <w:r>
        <w:t xml:space="preserve">4. </w:t>
      </w:r>
      <w:proofErr w:type="spellStart"/>
      <w:r>
        <w:t>Regulamin</w:t>
      </w:r>
      <w:proofErr w:type="spellEnd"/>
      <w:r>
        <w:t xml:space="preserve"> </w:t>
      </w:r>
      <w:proofErr w:type="spellStart"/>
      <w:r>
        <w:t>wchodzi</w:t>
      </w:r>
      <w:proofErr w:type="spellEnd"/>
      <w:r>
        <w:t xml:space="preserve"> w </w:t>
      </w:r>
      <w:proofErr w:type="spellStart"/>
      <w:r>
        <w:t>życie</w:t>
      </w:r>
      <w:proofErr w:type="spellEnd"/>
      <w:r>
        <w:t xml:space="preserve"> z </w:t>
      </w:r>
      <w:proofErr w:type="spellStart"/>
      <w:r>
        <w:t>dniem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zatwierdzenia</w:t>
      </w:r>
      <w:proofErr w:type="spellEnd"/>
    </w:p>
    <w:p w14:paraId="7519630F" w14:textId="77777777" w:rsidR="00CE090A" w:rsidRDefault="00CE090A">
      <w:pPr>
        <w:jc w:val="both"/>
      </w:pPr>
    </w:p>
    <w:p w14:paraId="119F40AD" w14:textId="2C435452" w:rsidR="002E32C8" w:rsidRDefault="00000000" w:rsidP="00CE090A">
      <w:pPr>
        <w:jc w:val="center"/>
      </w:pPr>
      <w:r>
        <w:rPr>
          <w:b/>
        </w:rPr>
        <w:br/>
      </w:r>
    </w:p>
    <w:p w14:paraId="6C79000C" w14:textId="77777777" w:rsidR="00693C2B" w:rsidRDefault="00693C2B" w:rsidP="00CE090A">
      <w:pPr>
        <w:jc w:val="center"/>
      </w:pPr>
    </w:p>
    <w:p w14:paraId="1F3C1F8C" w14:textId="77777777" w:rsidR="00693C2B" w:rsidRDefault="00693C2B" w:rsidP="00CE090A">
      <w:pPr>
        <w:jc w:val="center"/>
      </w:pPr>
    </w:p>
    <w:p w14:paraId="041295F2" w14:textId="77777777" w:rsidR="00693C2B" w:rsidRDefault="00693C2B" w:rsidP="00CE090A">
      <w:pPr>
        <w:jc w:val="center"/>
      </w:pPr>
    </w:p>
    <w:p w14:paraId="58D3A738" w14:textId="77777777" w:rsidR="00693C2B" w:rsidRDefault="00693C2B" w:rsidP="00CE090A">
      <w:pPr>
        <w:jc w:val="center"/>
      </w:pPr>
    </w:p>
    <w:p w14:paraId="34E565D0" w14:textId="77777777" w:rsidR="00693C2B" w:rsidRDefault="00693C2B" w:rsidP="00CE090A">
      <w:pPr>
        <w:jc w:val="center"/>
      </w:pPr>
    </w:p>
    <w:p w14:paraId="40492D51" w14:textId="77777777" w:rsidR="00693C2B" w:rsidRDefault="00693C2B" w:rsidP="00CE090A">
      <w:pPr>
        <w:jc w:val="center"/>
      </w:pPr>
    </w:p>
    <w:p w14:paraId="451CC5E3" w14:textId="77777777" w:rsidR="00000000" w:rsidRPr="009A31E5" w:rsidRDefault="00000000" w:rsidP="007A727E">
      <w:pPr>
        <w:rPr>
          <w:rFonts w:ascii="Times New Roman" w:hAnsi="Times New Roman" w:cs="Times New Roman"/>
          <w:sz w:val="24"/>
          <w:szCs w:val="24"/>
        </w:rPr>
      </w:pPr>
    </w:p>
    <w:sectPr w:rsidR="00244933" w:rsidRPr="009A31E5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941EF4"/>
    <w:multiLevelType w:val="hybridMultilevel"/>
    <w:tmpl w:val="8D6AB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4A4E11"/>
    <w:multiLevelType w:val="hybridMultilevel"/>
    <w:tmpl w:val="B44EA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08878">
    <w:abstractNumId w:val="8"/>
  </w:num>
  <w:num w:numId="2" w16cid:durableId="1566523622">
    <w:abstractNumId w:val="6"/>
  </w:num>
  <w:num w:numId="3" w16cid:durableId="1512260373">
    <w:abstractNumId w:val="5"/>
  </w:num>
  <w:num w:numId="4" w16cid:durableId="508763466">
    <w:abstractNumId w:val="4"/>
  </w:num>
  <w:num w:numId="5" w16cid:durableId="599025710">
    <w:abstractNumId w:val="7"/>
  </w:num>
  <w:num w:numId="6" w16cid:durableId="740635843">
    <w:abstractNumId w:val="3"/>
  </w:num>
  <w:num w:numId="7" w16cid:durableId="1234849336">
    <w:abstractNumId w:val="2"/>
  </w:num>
  <w:num w:numId="8" w16cid:durableId="449201310">
    <w:abstractNumId w:val="1"/>
  </w:num>
  <w:num w:numId="9" w16cid:durableId="153687831">
    <w:abstractNumId w:val="0"/>
  </w:num>
  <w:num w:numId="10" w16cid:durableId="1742825541">
    <w:abstractNumId w:val="10"/>
  </w:num>
  <w:num w:numId="11" w16cid:durableId="1600405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32C8"/>
    <w:rsid w:val="00326F90"/>
    <w:rsid w:val="00693C2B"/>
    <w:rsid w:val="006E3D98"/>
    <w:rsid w:val="00AA1D8D"/>
    <w:rsid w:val="00AF67E2"/>
    <w:rsid w:val="00B47730"/>
    <w:rsid w:val="00CB0664"/>
    <w:rsid w:val="00CE090A"/>
    <w:rsid w:val="00F20CC0"/>
    <w:rsid w:val="00FB23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D6300"/>
  <w14:defaultImageDpi w14:val="300"/>
  <w15:docId w15:val="{FFF36C75-38F5-4A87-8E23-688AFC19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rsid w:val="00CE090A"/>
    <w:rPr>
      <w:color w:val="0000FF"/>
      <w:u w:val="single"/>
    </w:rPr>
  </w:style>
  <w:style w:type="paragraph" w:customStyle="1" w:styleId="Default">
    <w:name w:val="Default"/>
    <w:rsid w:val="00693C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5954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GOK Gogolin</cp:lastModifiedBy>
  <cp:revision>2</cp:revision>
  <cp:lastPrinted>2026-08-20T09:57:00Z</cp:lastPrinted>
  <dcterms:created xsi:type="dcterms:W3CDTF">2026-08-20T10:04:00Z</dcterms:created>
  <dcterms:modified xsi:type="dcterms:W3CDTF">2026-08-20T10:04:00Z</dcterms:modified>
  <cp:category/>
</cp:coreProperties>
</file>